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057A4" w14:textId="07385292" w:rsidR="16FA3212" w:rsidRDefault="16FA3212" w:rsidP="16FA3212">
      <w:pPr>
        <w:jc w:val="center"/>
      </w:pPr>
      <w:r w:rsidRPr="16FA3212">
        <w:rPr>
          <w:b/>
          <w:bCs/>
          <w:color w:val="156082"/>
          <w:szCs w:val="20"/>
        </w:rPr>
        <w:t>BUSINESS CONTINUITY TOOLKIT</w:t>
      </w:r>
    </w:p>
    <w:p w14:paraId="0EB2A802" w14:textId="77777777" w:rsidR="00C224C1" w:rsidRDefault="0022438E">
      <w:pPr>
        <w:pStyle w:val="Title"/>
        <w:jc w:val="center"/>
      </w:pPr>
      <w:r>
        <w:t>Business Continuity Plan</w:t>
      </w:r>
    </w:p>
    <w:p w14:paraId="7A635B66" w14:textId="77777777" w:rsidR="00C224C1" w:rsidRDefault="0022438E">
      <w:pPr>
        <w:jc w:val="center"/>
      </w:pPr>
      <w:r>
        <w:rPr>
          <w:i/>
          <w:color w:val="666666"/>
          <w:sz w:val="24"/>
        </w:rPr>
        <w:t>Operational template for disruption and recovery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8"/>
        <w:gridCol w:w="2637"/>
        <w:gridCol w:w="5375"/>
      </w:tblGrid>
      <w:tr w:rsidR="00A13584" w14:paraId="4F7FC0B3" w14:textId="77777777">
        <w:tc>
          <w:tcPr>
            <w:tcW w:w="0" w:type="auto"/>
            <w:shd w:val="clear" w:color="auto" w:fill="156082"/>
            <w:hideMark/>
          </w:tcPr>
          <w:p w14:paraId="7CFA7D25" w14:textId="77777777" w:rsidR="00A13584" w:rsidRDefault="00A13584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Business / organisation</w:t>
            </w:r>
          </w:p>
        </w:tc>
        <w:tc>
          <w:tcPr>
            <w:tcW w:w="0" w:type="auto"/>
            <w:shd w:val="clear" w:color="auto" w:fill="156082"/>
            <w:hideMark/>
          </w:tcPr>
          <w:p w14:paraId="309FEE33" w14:textId="77777777" w:rsidR="00A13584" w:rsidRDefault="00A13584">
            <w:r>
              <w:rPr>
                <w:b/>
                <w:bCs/>
              </w:rPr>
              <w:t>Document owner</w:t>
            </w:r>
          </w:p>
        </w:tc>
        <w:tc>
          <w:tcPr>
            <w:tcW w:w="0" w:type="auto"/>
            <w:shd w:val="clear" w:color="auto" w:fill="156082"/>
            <w:hideMark/>
          </w:tcPr>
          <w:p w14:paraId="0281FAD0" w14:textId="77777777" w:rsidR="00A13584" w:rsidRDefault="00A13584">
            <w:r>
              <w:rPr>
                <w:b/>
                <w:bCs/>
              </w:rPr>
              <w:t>Approved by</w:t>
            </w:r>
          </w:p>
        </w:tc>
      </w:tr>
      <w:tr w:rsidR="00A13584" w14:paraId="25D28E4A" w14:textId="77777777">
        <w:tc>
          <w:tcPr>
            <w:tcW w:w="0" w:type="auto"/>
            <w:hideMark/>
          </w:tcPr>
          <w:p w14:paraId="73106346" w14:textId="77777777" w:rsidR="00A13584" w:rsidRDefault="00A13584">
            <w:r>
              <w:t>Riverside Community Café Ltd</w:t>
            </w:r>
          </w:p>
        </w:tc>
        <w:tc>
          <w:tcPr>
            <w:tcW w:w="0" w:type="auto"/>
            <w:hideMark/>
          </w:tcPr>
          <w:p w14:paraId="56BD79E0" w14:textId="77777777" w:rsidR="00A13584" w:rsidRDefault="00A13584">
            <w:r>
              <w:t>Alex Morgan, Business Manager</w:t>
            </w:r>
          </w:p>
        </w:tc>
        <w:tc>
          <w:tcPr>
            <w:tcW w:w="0" w:type="auto"/>
            <w:hideMark/>
          </w:tcPr>
          <w:p w14:paraId="3DF9738C" w14:textId="77777777" w:rsidR="00A13584" w:rsidRDefault="00A13584">
            <w:r>
              <w:t>Sam Taylor, Managing Director</w:t>
            </w:r>
          </w:p>
        </w:tc>
      </w:tr>
      <w:tr w:rsidR="00A13584" w14:paraId="3353D9C9" w14:textId="77777777">
        <w:tc>
          <w:tcPr>
            <w:tcW w:w="0" w:type="auto"/>
            <w:shd w:val="clear" w:color="auto" w:fill="F3F7FA"/>
            <w:hideMark/>
          </w:tcPr>
          <w:p w14:paraId="19A96ADA" w14:textId="77777777" w:rsidR="00A13584" w:rsidRDefault="00A13584">
            <w:r>
              <w:t>Version: 1.0</w:t>
            </w:r>
          </w:p>
        </w:tc>
        <w:tc>
          <w:tcPr>
            <w:tcW w:w="0" w:type="auto"/>
            <w:shd w:val="clear" w:color="auto" w:fill="F3F7FA"/>
            <w:hideMark/>
          </w:tcPr>
          <w:p w14:paraId="1374E8FE" w14:textId="77777777" w:rsidR="00A13584" w:rsidRDefault="00A13584">
            <w:r>
              <w:t>Approval date: 14 September 2026</w:t>
            </w:r>
          </w:p>
        </w:tc>
        <w:tc>
          <w:tcPr>
            <w:tcW w:w="0" w:type="auto"/>
            <w:shd w:val="clear" w:color="auto" w:fill="F3F7FA"/>
            <w:hideMark/>
          </w:tcPr>
          <w:p w14:paraId="071B09CE" w14:textId="77777777" w:rsidR="00A13584" w:rsidRDefault="00A13584">
            <w:r>
              <w:t>Next review: 14 September 2027, or after an incident, exercise or major change</w:t>
            </w:r>
          </w:p>
        </w:tc>
      </w:tr>
    </w:tbl>
    <w:p w14:paraId="672A6659" w14:textId="77777777" w:rsidR="00C224C1" w:rsidRDefault="00C224C1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C224C1" w14:paraId="29DF4511" w14:textId="77777777">
        <w:trPr>
          <w:jc w:val="center"/>
        </w:trPr>
        <w:tc>
          <w:tcPr>
            <w:tcW w:w="10224" w:type="dxa"/>
            <w:shd w:val="clear" w:color="auto" w:fill="15608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437AB54" w14:textId="77777777" w:rsidR="00C224C1" w:rsidRDefault="0022438E">
            <w:pPr>
              <w:jc w:val="center"/>
            </w:pPr>
            <w:r>
              <w:rPr>
                <w:b/>
                <w:color w:val="FFFFFF"/>
              </w:rPr>
              <w:t>Use this plan after urgent life-safety actions. Keep a current copy securely accessible away from the normal workplace and IT.</w:t>
            </w:r>
          </w:p>
        </w:tc>
      </w:tr>
    </w:tbl>
    <w:p w14:paraId="0A37501D" w14:textId="77777777" w:rsidR="00C224C1" w:rsidRDefault="00C224C1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C224C1" w14:paraId="3479E3F3" w14:textId="77777777" w:rsidTr="16FA3212">
        <w:tc>
          <w:tcPr>
            <w:tcW w:w="10224" w:type="dxa"/>
            <w:shd w:val="clear" w:color="auto" w:fill="FFF2C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6724DF" w14:textId="7986817A" w:rsidR="16FA3212" w:rsidRDefault="16FA3212" w:rsidP="16FA3212">
            <w:r w:rsidRPr="16FA3212">
              <w:rPr>
                <w:b/>
                <w:bCs/>
              </w:rPr>
              <w:t>Important: This toolkit provides general business continuity guidance. Each organisation remains responsible for its own legal, regulatory, contractual, insurance, information security, health and safety and sector-specific requirements. Completion does not guarantee continuity or create any incident response, plan approval or operational support obligation from any external organisation. Emergency services and life-safety instructions take priority.</w:t>
            </w:r>
          </w:p>
        </w:tc>
      </w:tr>
    </w:tbl>
    <w:p w14:paraId="670D37E7" w14:textId="77777777" w:rsidR="00C224C1" w:rsidRDefault="0022438E">
      <w:pPr>
        <w:pStyle w:val="Heading1"/>
      </w:pPr>
      <w:r>
        <w:t xml:space="preserve">Quick </w:t>
      </w:r>
      <w:proofErr w:type="gramStart"/>
      <w:r>
        <w:t>activation page</w:t>
      </w:r>
      <w:proofErr w:type="gram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2"/>
        <w:gridCol w:w="8968"/>
      </w:tblGrid>
      <w:tr w:rsidR="00820994" w14:paraId="78B35AD0" w14:textId="77777777">
        <w:tc>
          <w:tcPr>
            <w:tcW w:w="0" w:type="auto"/>
            <w:shd w:val="clear" w:color="auto" w:fill="156082"/>
            <w:hideMark/>
          </w:tcPr>
          <w:p w14:paraId="15B20409" w14:textId="77777777" w:rsidR="00820994" w:rsidRDefault="00820994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Decision</w:t>
            </w:r>
          </w:p>
        </w:tc>
        <w:tc>
          <w:tcPr>
            <w:tcW w:w="0" w:type="auto"/>
            <w:shd w:val="clear" w:color="auto" w:fill="156082"/>
            <w:hideMark/>
          </w:tcPr>
          <w:p w14:paraId="69518DA1" w14:textId="77777777" w:rsidR="00820994" w:rsidRDefault="00820994">
            <w:r>
              <w:rPr>
                <w:b/>
                <w:bCs/>
              </w:rPr>
              <w:t>Local arrangement</w:t>
            </w:r>
          </w:p>
        </w:tc>
      </w:tr>
      <w:tr w:rsidR="00820994" w14:paraId="3A1ED6F8" w14:textId="77777777">
        <w:tc>
          <w:tcPr>
            <w:tcW w:w="0" w:type="auto"/>
            <w:hideMark/>
          </w:tcPr>
          <w:p w14:paraId="13AFCB09" w14:textId="77777777" w:rsidR="00820994" w:rsidRDefault="00820994">
            <w:r>
              <w:t>Activate when</w:t>
            </w:r>
          </w:p>
        </w:tc>
        <w:tc>
          <w:tcPr>
            <w:tcW w:w="0" w:type="auto"/>
            <w:hideMark/>
          </w:tcPr>
          <w:p w14:paraId="5A0CDA48" w14:textId="77777777" w:rsidR="00820994" w:rsidRDefault="00820994">
            <w:r>
              <w:t>The café cannot safely access or use its kitchen; power, water, IT, key staff, food supplies or delivery transport are unavailable; or the community lunch minimum service is at risk within four hours.</w:t>
            </w:r>
          </w:p>
        </w:tc>
      </w:tr>
      <w:tr w:rsidR="00820994" w14:paraId="1003B438" w14:textId="77777777">
        <w:tc>
          <w:tcPr>
            <w:tcW w:w="0" w:type="auto"/>
            <w:shd w:val="clear" w:color="auto" w:fill="F3F7FA"/>
            <w:hideMark/>
          </w:tcPr>
          <w:p w14:paraId="4C29C7A0" w14:textId="77777777" w:rsidR="00820994" w:rsidRDefault="00820994">
            <w:r>
              <w:t>Who can activate</w:t>
            </w:r>
          </w:p>
        </w:tc>
        <w:tc>
          <w:tcPr>
            <w:tcW w:w="0" w:type="auto"/>
            <w:shd w:val="clear" w:color="auto" w:fill="F3F7FA"/>
            <w:hideMark/>
          </w:tcPr>
          <w:p w14:paraId="79DC35AA" w14:textId="77777777" w:rsidR="00820994" w:rsidRDefault="00820994">
            <w:r>
              <w:t>Sam Taylor, Managing Director, or Alex Morgan, Business Manager.</w:t>
            </w:r>
          </w:p>
        </w:tc>
      </w:tr>
      <w:tr w:rsidR="00820994" w14:paraId="76844A0B" w14:textId="77777777">
        <w:tc>
          <w:tcPr>
            <w:tcW w:w="0" w:type="auto"/>
            <w:hideMark/>
          </w:tcPr>
          <w:p w14:paraId="79258CC0" w14:textId="77777777" w:rsidR="00820994" w:rsidRDefault="00820994">
            <w:r>
              <w:t>Deputy / alternate</w:t>
            </w:r>
          </w:p>
        </w:tc>
        <w:tc>
          <w:tcPr>
            <w:tcW w:w="0" w:type="auto"/>
            <w:hideMark/>
          </w:tcPr>
          <w:p w14:paraId="30959BBC" w14:textId="77777777" w:rsidR="00820994" w:rsidRDefault="00820994">
            <w:r>
              <w:t>Jamie Reed, Head Chef; after that, the duty Shift Supervisor.</w:t>
            </w:r>
          </w:p>
        </w:tc>
      </w:tr>
      <w:tr w:rsidR="00820994" w14:paraId="71069F03" w14:textId="77777777">
        <w:tc>
          <w:tcPr>
            <w:tcW w:w="0" w:type="auto"/>
            <w:shd w:val="clear" w:color="auto" w:fill="F3F7FA"/>
            <w:hideMark/>
          </w:tcPr>
          <w:p w14:paraId="4C198487" w14:textId="77777777" w:rsidR="00820994" w:rsidRDefault="00820994">
            <w:r>
              <w:t>Escalation route</w:t>
            </w:r>
          </w:p>
        </w:tc>
        <w:tc>
          <w:tcPr>
            <w:tcW w:w="0" w:type="auto"/>
            <w:shd w:val="clear" w:color="auto" w:fill="F3F7FA"/>
            <w:hideMark/>
          </w:tcPr>
          <w:p w14:paraId="09FE04B1" w14:textId="77777777" w:rsidR="00820994" w:rsidRDefault="00820994">
            <w:r>
              <w:t>Incident lead → Managing Director → community lunch commissioner, insurer, landlord or regulator as relevant.</w:t>
            </w:r>
          </w:p>
        </w:tc>
      </w:tr>
      <w:tr w:rsidR="00820994" w14:paraId="4860406A" w14:textId="77777777">
        <w:tc>
          <w:tcPr>
            <w:tcW w:w="0" w:type="auto"/>
            <w:hideMark/>
          </w:tcPr>
          <w:p w14:paraId="260F3672" w14:textId="77777777" w:rsidR="00820994" w:rsidRDefault="00820994">
            <w:r>
              <w:t>Out-of-hours route</w:t>
            </w:r>
          </w:p>
        </w:tc>
        <w:tc>
          <w:tcPr>
            <w:tcW w:w="0" w:type="auto"/>
            <w:hideMark/>
          </w:tcPr>
          <w:p w14:paraId="30A86CBC" w14:textId="77777777" w:rsidR="00820994" w:rsidRDefault="00820994">
            <w:r>
              <w:t xml:space="preserve">Call the duty manager </w:t>
            </w:r>
            <w:proofErr w:type="gramStart"/>
            <w:r>
              <w:t>work</w:t>
            </w:r>
            <w:proofErr w:type="gramEnd"/>
            <w:r>
              <w:t xml:space="preserve"> mobile; if unanswered within 10 minutes, contact the Managing Director, then the Head Chef.</w:t>
            </w:r>
          </w:p>
        </w:tc>
      </w:tr>
      <w:tr w:rsidR="00820994" w14:paraId="4EB7A99F" w14:textId="77777777">
        <w:tc>
          <w:tcPr>
            <w:tcW w:w="0" w:type="auto"/>
            <w:shd w:val="clear" w:color="auto" w:fill="F3F7FA"/>
            <w:hideMark/>
          </w:tcPr>
          <w:p w14:paraId="2F93ED5D" w14:textId="77777777" w:rsidR="00820994" w:rsidRDefault="00820994">
            <w:r>
              <w:t>Plan storage</w:t>
            </w:r>
          </w:p>
        </w:tc>
        <w:tc>
          <w:tcPr>
            <w:tcW w:w="0" w:type="auto"/>
            <w:shd w:val="clear" w:color="auto" w:fill="F3F7FA"/>
            <w:hideMark/>
          </w:tcPr>
          <w:p w14:paraId="5905CDDE" w14:textId="77777777" w:rsidR="00820994" w:rsidRDefault="00820994">
            <w:r>
              <w:t>Controlled copy in the secure cloud folder; encrypted offline copy on the Business Manager’s work device; sealed paper copy at the alternative kitchen.</w:t>
            </w:r>
          </w:p>
        </w:tc>
      </w:tr>
    </w:tbl>
    <w:p w14:paraId="5DAB6C7B" w14:textId="77777777" w:rsidR="00C224C1" w:rsidRDefault="00C224C1">
      <w:pPr>
        <w:spacing w:after="20"/>
      </w:pPr>
    </w:p>
    <w:p w14:paraId="3F0763B5" w14:textId="77777777" w:rsidR="00C224C1" w:rsidRDefault="0022438E">
      <w:pPr>
        <w:pStyle w:val="Heading1"/>
      </w:pPr>
      <w:r>
        <w:t>Immediate actions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5998"/>
        <w:gridCol w:w="2156"/>
        <w:gridCol w:w="1750"/>
      </w:tblGrid>
      <w:tr w:rsidR="00EA42C9" w14:paraId="1A029160" w14:textId="77777777">
        <w:tc>
          <w:tcPr>
            <w:tcW w:w="0" w:type="auto"/>
            <w:shd w:val="clear" w:color="auto" w:fill="156082"/>
            <w:hideMark/>
          </w:tcPr>
          <w:p w14:paraId="4D1BEF06" w14:textId="77777777" w:rsidR="00EA42C9" w:rsidRDefault="00EA42C9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0" w:type="auto"/>
            <w:shd w:val="clear" w:color="auto" w:fill="156082"/>
            <w:hideMark/>
          </w:tcPr>
          <w:p w14:paraId="43AD986A" w14:textId="77777777" w:rsidR="00EA42C9" w:rsidRDefault="00EA42C9">
            <w:r>
              <w:rPr>
                <w:b/>
                <w:bCs/>
              </w:rPr>
              <w:t>Action</w:t>
            </w:r>
          </w:p>
        </w:tc>
        <w:tc>
          <w:tcPr>
            <w:tcW w:w="0" w:type="auto"/>
            <w:shd w:val="clear" w:color="auto" w:fill="156082"/>
            <w:hideMark/>
          </w:tcPr>
          <w:p w14:paraId="75BCEF2D" w14:textId="77777777" w:rsidR="00EA42C9" w:rsidRDefault="00EA42C9">
            <w:r>
              <w:rPr>
                <w:b/>
                <w:bCs/>
              </w:rPr>
              <w:t>Lead</w:t>
            </w:r>
          </w:p>
        </w:tc>
        <w:tc>
          <w:tcPr>
            <w:tcW w:w="0" w:type="auto"/>
            <w:shd w:val="clear" w:color="auto" w:fill="156082"/>
            <w:hideMark/>
          </w:tcPr>
          <w:p w14:paraId="6C3074ED" w14:textId="77777777" w:rsidR="00EA42C9" w:rsidRDefault="00EA42C9">
            <w:r>
              <w:rPr>
                <w:b/>
                <w:bCs/>
              </w:rPr>
              <w:t>Done / time</w:t>
            </w:r>
          </w:p>
        </w:tc>
      </w:tr>
      <w:tr w:rsidR="00EA42C9" w14:paraId="53280E28" w14:textId="77777777">
        <w:tc>
          <w:tcPr>
            <w:tcW w:w="0" w:type="auto"/>
            <w:hideMark/>
          </w:tcPr>
          <w:p w14:paraId="6F8FCB4A" w14:textId="77777777" w:rsidR="00EA42C9" w:rsidRDefault="00EA42C9">
            <w:r>
              <w:t>1</w:t>
            </w:r>
          </w:p>
        </w:tc>
        <w:tc>
          <w:tcPr>
            <w:tcW w:w="0" w:type="auto"/>
            <w:hideMark/>
          </w:tcPr>
          <w:p w14:paraId="7A76D7A8" w14:textId="77777777" w:rsidR="00EA42C9" w:rsidRDefault="00EA42C9">
            <w:r>
              <w:t>Protect life and follow emergency procedures.</w:t>
            </w:r>
          </w:p>
        </w:tc>
        <w:tc>
          <w:tcPr>
            <w:tcW w:w="0" w:type="auto"/>
            <w:hideMark/>
          </w:tcPr>
          <w:p w14:paraId="3C3C38F3" w14:textId="77777777" w:rsidR="00EA42C9" w:rsidRDefault="00EA42C9">
            <w:r>
              <w:t>Duty manager</w:t>
            </w:r>
          </w:p>
        </w:tc>
        <w:tc>
          <w:tcPr>
            <w:tcW w:w="0" w:type="auto"/>
            <w:hideMark/>
          </w:tcPr>
          <w:p w14:paraId="6D6191EC" w14:textId="77777777" w:rsidR="00EA42C9" w:rsidRDefault="00EA42C9">
            <w:r>
              <w:t>Record during incident</w:t>
            </w:r>
          </w:p>
        </w:tc>
      </w:tr>
      <w:tr w:rsidR="00EA42C9" w14:paraId="570540E8" w14:textId="77777777">
        <w:tc>
          <w:tcPr>
            <w:tcW w:w="0" w:type="auto"/>
            <w:shd w:val="clear" w:color="auto" w:fill="F3F7FA"/>
            <w:hideMark/>
          </w:tcPr>
          <w:p w14:paraId="42B40573" w14:textId="77777777" w:rsidR="00EA42C9" w:rsidRDefault="00EA42C9">
            <w:r>
              <w:t>2</w:t>
            </w:r>
          </w:p>
        </w:tc>
        <w:tc>
          <w:tcPr>
            <w:tcW w:w="0" w:type="auto"/>
            <w:shd w:val="clear" w:color="auto" w:fill="F3F7FA"/>
            <w:hideMark/>
          </w:tcPr>
          <w:p w14:paraId="0F41DC5B" w14:textId="77777777" w:rsidR="00EA42C9" w:rsidRDefault="00EA42C9">
            <w:r>
              <w:t>Confirm the incident lead, deputy and safe coordination arrangements.</w:t>
            </w:r>
          </w:p>
        </w:tc>
        <w:tc>
          <w:tcPr>
            <w:tcW w:w="0" w:type="auto"/>
            <w:shd w:val="clear" w:color="auto" w:fill="F3F7FA"/>
            <w:hideMark/>
          </w:tcPr>
          <w:p w14:paraId="6CAF3EC9" w14:textId="77777777" w:rsidR="00EA42C9" w:rsidRDefault="00EA42C9">
            <w:r>
              <w:t>Managing Director</w:t>
            </w:r>
          </w:p>
        </w:tc>
        <w:tc>
          <w:tcPr>
            <w:tcW w:w="0" w:type="auto"/>
            <w:shd w:val="clear" w:color="auto" w:fill="F3F7FA"/>
            <w:hideMark/>
          </w:tcPr>
          <w:p w14:paraId="1A0899E9" w14:textId="77777777" w:rsidR="00EA42C9" w:rsidRDefault="00EA42C9">
            <w:r>
              <w:t>Within 15 minutes</w:t>
            </w:r>
          </w:p>
        </w:tc>
      </w:tr>
      <w:tr w:rsidR="00EA42C9" w14:paraId="548F98E1" w14:textId="77777777">
        <w:tc>
          <w:tcPr>
            <w:tcW w:w="0" w:type="auto"/>
            <w:hideMark/>
          </w:tcPr>
          <w:p w14:paraId="7F97E622" w14:textId="77777777" w:rsidR="00EA42C9" w:rsidRDefault="00EA42C9">
            <w:r>
              <w:lastRenderedPageBreak/>
              <w:t>3</w:t>
            </w:r>
          </w:p>
        </w:tc>
        <w:tc>
          <w:tcPr>
            <w:tcW w:w="0" w:type="auto"/>
            <w:hideMark/>
          </w:tcPr>
          <w:p w14:paraId="0164AF1A" w14:textId="77777777" w:rsidR="00EA42C9" w:rsidRDefault="00EA42C9">
            <w:r>
              <w:t>Open an incident log and record facts, decisions, actions, communications and expenditure.</w:t>
            </w:r>
          </w:p>
        </w:tc>
        <w:tc>
          <w:tcPr>
            <w:tcW w:w="0" w:type="auto"/>
            <w:hideMark/>
          </w:tcPr>
          <w:p w14:paraId="0E9E1898" w14:textId="77777777" w:rsidR="00EA42C9" w:rsidRDefault="00EA42C9">
            <w:r>
              <w:t>Shift Supervisor</w:t>
            </w:r>
          </w:p>
        </w:tc>
        <w:tc>
          <w:tcPr>
            <w:tcW w:w="0" w:type="auto"/>
            <w:hideMark/>
          </w:tcPr>
          <w:p w14:paraId="62222FC6" w14:textId="77777777" w:rsidR="00EA42C9" w:rsidRDefault="00EA42C9">
            <w:r>
              <w:t>Within 15 minutes</w:t>
            </w:r>
          </w:p>
        </w:tc>
      </w:tr>
      <w:tr w:rsidR="00EA42C9" w14:paraId="654CDF6D" w14:textId="77777777">
        <w:tc>
          <w:tcPr>
            <w:tcW w:w="0" w:type="auto"/>
            <w:shd w:val="clear" w:color="auto" w:fill="F3F7FA"/>
            <w:hideMark/>
          </w:tcPr>
          <w:p w14:paraId="23E8DF15" w14:textId="77777777" w:rsidR="00EA42C9" w:rsidRDefault="00EA42C9">
            <w:r>
              <w:t>4</w:t>
            </w:r>
          </w:p>
        </w:tc>
        <w:tc>
          <w:tcPr>
            <w:tcW w:w="0" w:type="auto"/>
            <w:shd w:val="clear" w:color="auto" w:fill="F3F7FA"/>
            <w:hideMark/>
          </w:tcPr>
          <w:p w14:paraId="37C2FF52" w14:textId="77777777" w:rsidR="00EA42C9" w:rsidRDefault="00EA42C9">
            <w:r>
              <w:t>Confirm what has happened, who is affected, what is unknown and the likely duration.</w:t>
            </w:r>
          </w:p>
        </w:tc>
        <w:tc>
          <w:tcPr>
            <w:tcW w:w="0" w:type="auto"/>
            <w:shd w:val="clear" w:color="auto" w:fill="F3F7FA"/>
            <w:hideMark/>
          </w:tcPr>
          <w:p w14:paraId="4EC9CCB2" w14:textId="77777777" w:rsidR="00EA42C9" w:rsidRDefault="00EA42C9">
            <w:r>
              <w:t>Incident lead</w:t>
            </w:r>
          </w:p>
        </w:tc>
        <w:tc>
          <w:tcPr>
            <w:tcW w:w="0" w:type="auto"/>
            <w:shd w:val="clear" w:color="auto" w:fill="F3F7FA"/>
            <w:hideMark/>
          </w:tcPr>
          <w:p w14:paraId="2EBEB5B0" w14:textId="77777777" w:rsidR="00EA42C9" w:rsidRDefault="00EA42C9">
            <w:r>
              <w:t>Within 30 minutes</w:t>
            </w:r>
          </w:p>
        </w:tc>
      </w:tr>
      <w:tr w:rsidR="00EA42C9" w14:paraId="6E41BE41" w14:textId="77777777">
        <w:tc>
          <w:tcPr>
            <w:tcW w:w="0" w:type="auto"/>
            <w:hideMark/>
          </w:tcPr>
          <w:p w14:paraId="5124452B" w14:textId="77777777" w:rsidR="00EA42C9" w:rsidRDefault="00EA42C9">
            <w:r>
              <w:t>5</w:t>
            </w:r>
          </w:p>
        </w:tc>
        <w:tc>
          <w:tcPr>
            <w:tcW w:w="0" w:type="auto"/>
            <w:hideMark/>
          </w:tcPr>
          <w:p w14:paraId="777E6406" w14:textId="77777777" w:rsidR="00EA42C9" w:rsidRDefault="00EA42C9">
            <w:r>
              <w:t>Check immediate welfare and accessibility needs.</w:t>
            </w:r>
          </w:p>
        </w:tc>
        <w:tc>
          <w:tcPr>
            <w:tcW w:w="0" w:type="auto"/>
            <w:hideMark/>
          </w:tcPr>
          <w:p w14:paraId="46D03F7A" w14:textId="77777777" w:rsidR="00EA42C9" w:rsidRDefault="00EA42C9">
            <w:r>
              <w:t>Shift Supervisor</w:t>
            </w:r>
          </w:p>
        </w:tc>
        <w:tc>
          <w:tcPr>
            <w:tcW w:w="0" w:type="auto"/>
            <w:hideMark/>
          </w:tcPr>
          <w:p w14:paraId="3E200A8E" w14:textId="77777777" w:rsidR="00EA42C9" w:rsidRDefault="00EA42C9">
            <w:r>
              <w:t>Within 30 minutes</w:t>
            </w:r>
          </w:p>
        </w:tc>
      </w:tr>
      <w:tr w:rsidR="00EA42C9" w14:paraId="2ADA9E77" w14:textId="77777777">
        <w:tc>
          <w:tcPr>
            <w:tcW w:w="0" w:type="auto"/>
            <w:shd w:val="clear" w:color="auto" w:fill="F3F7FA"/>
            <w:hideMark/>
          </w:tcPr>
          <w:p w14:paraId="6B2CA731" w14:textId="77777777" w:rsidR="00EA42C9" w:rsidRDefault="00EA42C9">
            <w:r>
              <w:t>6</w:t>
            </w:r>
          </w:p>
        </w:tc>
        <w:tc>
          <w:tcPr>
            <w:tcW w:w="0" w:type="auto"/>
            <w:shd w:val="clear" w:color="auto" w:fill="F3F7FA"/>
            <w:hideMark/>
          </w:tcPr>
          <w:p w14:paraId="2B16EC14" w14:textId="77777777" w:rsidR="00EA42C9" w:rsidRDefault="00EA42C9">
            <w:r>
              <w:t>Identify affected priority activities, RTOs and minimum service levels.</w:t>
            </w:r>
          </w:p>
        </w:tc>
        <w:tc>
          <w:tcPr>
            <w:tcW w:w="0" w:type="auto"/>
            <w:shd w:val="clear" w:color="auto" w:fill="F3F7FA"/>
            <w:hideMark/>
          </w:tcPr>
          <w:p w14:paraId="296B76AF" w14:textId="77777777" w:rsidR="00EA42C9" w:rsidRDefault="00EA42C9">
            <w:r>
              <w:t>Business Manager</w:t>
            </w:r>
          </w:p>
        </w:tc>
        <w:tc>
          <w:tcPr>
            <w:tcW w:w="0" w:type="auto"/>
            <w:shd w:val="clear" w:color="auto" w:fill="F3F7FA"/>
            <w:hideMark/>
          </w:tcPr>
          <w:p w14:paraId="1AB4F2FD" w14:textId="77777777" w:rsidR="00EA42C9" w:rsidRDefault="00EA42C9">
            <w:r>
              <w:t>Within 45 minutes</w:t>
            </w:r>
          </w:p>
        </w:tc>
      </w:tr>
      <w:tr w:rsidR="00EA42C9" w14:paraId="486A7ED7" w14:textId="77777777">
        <w:tc>
          <w:tcPr>
            <w:tcW w:w="0" w:type="auto"/>
            <w:hideMark/>
          </w:tcPr>
          <w:p w14:paraId="1FFE0ACE" w14:textId="77777777" w:rsidR="00EA42C9" w:rsidRDefault="00EA42C9">
            <w:r>
              <w:t>7</w:t>
            </w:r>
          </w:p>
        </w:tc>
        <w:tc>
          <w:tcPr>
            <w:tcW w:w="0" w:type="auto"/>
            <w:hideMark/>
          </w:tcPr>
          <w:p w14:paraId="6FF156ED" w14:textId="77777777" w:rsidR="00EA42C9" w:rsidRDefault="00EA42C9">
            <w:r>
              <w:t>Choose immediate workarounds and resource priorities.</w:t>
            </w:r>
          </w:p>
        </w:tc>
        <w:tc>
          <w:tcPr>
            <w:tcW w:w="0" w:type="auto"/>
            <w:hideMark/>
          </w:tcPr>
          <w:p w14:paraId="18A0B6FD" w14:textId="77777777" w:rsidR="00EA42C9" w:rsidRDefault="00EA42C9">
            <w:r>
              <w:t>Incident lead and Head Chef</w:t>
            </w:r>
          </w:p>
        </w:tc>
        <w:tc>
          <w:tcPr>
            <w:tcW w:w="0" w:type="auto"/>
            <w:hideMark/>
          </w:tcPr>
          <w:p w14:paraId="6898C92C" w14:textId="77777777" w:rsidR="00EA42C9" w:rsidRDefault="00EA42C9">
            <w:r>
              <w:t>Within 60 minutes</w:t>
            </w:r>
          </w:p>
        </w:tc>
      </w:tr>
      <w:tr w:rsidR="00EA42C9" w14:paraId="3056E156" w14:textId="77777777">
        <w:tc>
          <w:tcPr>
            <w:tcW w:w="0" w:type="auto"/>
            <w:shd w:val="clear" w:color="auto" w:fill="F3F7FA"/>
            <w:hideMark/>
          </w:tcPr>
          <w:p w14:paraId="3890E07D" w14:textId="77777777" w:rsidR="00EA42C9" w:rsidRDefault="00EA42C9">
            <w:r>
              <w:t>8</w:t>
            </w:r>
          </w:p>
        </w:tc>
        <w:tc>
          <w:tcPr>
            <w:tcW w:w="0" w:type="auto"/>
            <w:shd w:val="clear" w:color="auto" w:fill="F3F7FA"/>
            <w:hideMark/>
          </w:tcPr>
          <w:p w14:paraId="2900E1D8" w14:textId="77777777" w:rsidR="00EA42C9" w:rsidRDefault="00EA42C9">
            <w:r>
              <w:t>Issue an initial update and state when the next update will be given.</w:t>
            </w:r>
          </w:p>
        </w:tc>
        <w:tc>
          <w:tcPr>
            <w:tcW w:w="0" w:type="auto"/>
            <w:shd w:val="clear" w:color="auto" w:fill="F3F7FA"/>
            <w:hideMark/>
          </w:tcPr>
          <w:p w14:paraId="21E4EB6B" w14:textId="77777777" w:rsidR="00EA42C9" w:rsidRDefault="00EA42C9">
            <w:r>
              <w:t>Business Manager</w:t>
            </w:r>
          </w:p>
        </w:tc>
        <w:tc>
          <w:tcPr>
            <w:tcW w:w="0" w:type="auto"/>
            <w:shd w:val="clear" w:color="auto" w:fill="F3F7FA"/>
            <w:hideMark/>
          </w:tcPr>
          <w:p w14:paraId="66283A71" w14:textId="77777777" w:rsidR="00EA42C9" w:rsidRDefault="00EA42C9">
            <w:r>
              <w:t>Within 60 minutes</w:t>
            </w:r>
          </w:p>
        </w:tc>
      </w:tr>
    </w:tbl>
    <w:p w14:paraId="02EB378F" w14:textId="77777777" w:rsidR="00C224C1" w:rsidRDefault="00C224C1">
      <w:pPr>
        <w:spacing w:after="20"/>
      </w:pPr>
    </w:p>
    <w:p w14:paraId="4B5DC1B3" w14:textId="77777777" w:rsidR="00C224C1" w:rsidRDefault="0022438E">
      <w:pPr>
        <w:pStyle w:val="Heading1"/>
      </w:pPr>
      <w:r>
        <w:t>Incident roles and contacts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6"/>
        <w:gridCol w:w="2096"/>
        <w:gridCol w:w="2882"/>
        <w:gridCol w:w="3576"/>
      </w:tblGrid>
      <w:tr w:rsidR="009D5191" w14:paraId="75181120" w14:textId="77777777">
        <w:tc>
          <w:tcPr>
            <w:tcW w:w="0" w:type="auto"/>
            <w:shd w:val="clear" w:color="auto" w:fill="156082"/>
            <w:hideMark/>
          </w:tcPr>
          <w:p w14:paraId="53DCEFFE" w14:textId="77777777" w:rsidR="009D5191" w:rsidRDefault="009D5191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0" w:type="auto"/>
            <w:shd w:val="clear" w:color="auto" w:fill="156082"/>
            <w:hideMark/>
          </w:tcPr>
          <w:p w14:paraId="5DEFC188" w14:textId="77777777" w:rsidR="009D5191" w:rsidRDefault="009D5191">
            <w:r>
              <w:rPr>
                <w:b/>
                <w:bCs/>
              </w:rPr>
              <w:t>Name / provider</w:t>
            </w:r>
          </w:p>
        </w:tc>
        <w:tc>
          <w:tcPr>
            <w:tcW w:w="0" w:type="auto"/>
            <w:shd w:val="clear" w:color="auto" w:fill="156082"/>
            <w:hideMark/>
          </w:tcPr>
          <w:p w14:paraId="51E06B93" w14:textId="77777777" w:rsidR="009D5191" w:rsidRDefault="009D5191">
            <w:r>
              <w:rPr>
                <w:b/>
                <w:bCs/>
              </w:rPr>
              <w:t>Contact / fallback</w:t>
            </w:r>
          </w:p>
        </w:tc>
        <w:tc>
          <w:tcPr>
            <w:tcW w:w="0" w:type="auto"/>
            <w:shd w:val="clear" w:color="auto" w:fill="156082"/>
            <w:hideMark/>
          </w:tcPr>
          <w:p w14:paraId="298BD932" w14:textId="77777777" w:rsidR="009D5191" w:rsidRDefault="009D5191">
            <w:r>
              <w:rPr>
                <w:b/>
                <w:bCs/>
              </w:rPr>
              <w:t>Responsibility</w:t>
            </w:r>
          </w:p>
        </w:tc>
      </w:tr>
      <w:tr w:rsidR="009D5191" w14:paraId="2F7D81E2" w14:textId="77777777">
        <w:tc>
          <w:tcPr>
            <w:tcW w:w="0" w:type="auto"/>
            <w:hideMark/>
          </w:tcPr>
          <w:p w14:paraId="37560125" w14:textId="77777777" w:rsidR="009D5191" w:rsidRDefault="009D5191">
            <w:r>
              <w:t>Incident lead</w:t>
            </w:r>
          </w:p>
        </w:tc>
        <w:tc>
          <w:tcPr>
            <w:tcW w:w="0" w:type="auto"/>
            <w:hideMark/>
          </w:tcPr>
          <w:p w14:paraId="7976C07B" w14:textId="77777777" w:rsidR="009D5191" w:rsidRDefault="009D5191">
            <w:r>
              <w:t>Alex Morgan, Business Manager</w:t>
            </w:r>
          </w:p>
        </w:tc>
        <w:tc>
          <w:tcPr>
            <w:tcW w:w="0" w:type="auto"/>
            <w:hideMark/>
          </w:tcPr>
          <w:p w14:paraId="5BC318EE" w14:textId="77777777" w:rsidR="009D5191" w:rsidRDefault="009D5191">
            <w:r>
              <w:t>Work mobile; fallback Sam Taylor</w:t>
            </w:r>
          </w:p>
        </w:tc>
        <w:tc>
          <w:tcPr>
            <w:tcW w:w="0" w:type="auto"/>
            <w:hideMark/>
          </w:tcPr>
          <w:p w14:paraId="66A0522D" w14:textId="77777777" w:rsidR="009D5191" w:rsidRDefault="009D5191">
            <w:r>
              <w:t>Activate plan, set priorities, approve decisions and stand-down.</w:t>
            </w:r>
          </w:p>
        </w:tc>
      </w:tr>
      <w:tr w:rsidR="009D5191" w14:paraId="7623A8DD" w14:textId="77777777">
        <w:tc>
          <w:tcPr>
            <w:tcW w:w="0" w:type="auto"/>
            <w:shd w:val="clear" w:color="auto" w:fill="F3F7FA"/>
            <w:hideMark/>
          </w:tcPr>
          <w:p w14:paraId="7CEC8667" w14:textId="77777777" w:rsidR="009D5191" w:rsidRDefault="009D5191">
            <w:r>
              <w:t>Deputy</w:t>
            </w:r>
          </w:p>
        </w:tc>
        <w:tc>
          <w:tcPr>
            <w:tcW w:w="0" w:type="auto"/>
            <w:shd w:val="clear" w:color="auto" w:fill="F3F7FA"/>
            <w:hideMark/>
          </w:tcPr>
          <w:p w14:paraId="18ED0C51" w14:textId="77777777" w:rsidR="009D5191" w:rsidRDefault="009D5191">
            <w:r>
              <w:t>Jamie Reed, Head Chef</w:t>
            </w:r>
          </w:p>
        </w:tc>
        <w:tc>
          <w:tcPr>
            <w:tcW w:w="0" w:type="auto"/>
            <w:shd w:val="clear" w:color="auto" w:fill="F3F7FA"/>
            <w:hideMark/>
          </w:tcPr>
          <w:p w14:paraId="58FE2C4E" w14:textId="77777777" w:rsidR="009D5191" w:rsidRDefault="009D5191">
            <w:r>
              <w:t>Work mobile; fallback duty Shift Supervisor</w:t>
            </w:r>
          </w:p>
        </w:tc>
        <w:tc>
          <w:tcPr>
            <w:tcW w:w="0" w:type="auto"/>
            <w:shd w:val="clear" w:color="auto" w:fill="F3F7FA"/>
            <w:hideMark/>
          </w:tcPr>
          <w:p w14:paraId="29F6A4F9" w14:textId="77777777" w:rsidR="009D5191" w:rsidRDefault="009D5191">
            <w:r>
              <w:t xml:space="preserve">Lead food-service recovery and </w:t>
            </w:r>
            <w:proofErr w:type="spellStart"/>
            <w:r>
              <w:t>deputise</w:t>
            </w:r>
            <w:proofErr w:type="spellEnd"/>
            <w:r>
              <w:t xml:space="preserve"> for incident lead.</w:t>
            </w:r>
          </w:p>
        </w:tc>
      </w:tr>
      <w:tr w:rsidR="009D5191" w14:paraId="3D9C321F" w14:textId="77777777">
        <w:tc>
          <w:tcPr>
            <w:tcW w:w="0" w:type="auto"/>
            <w:hideMark/>
          </w:tcPr>
          <w:p w14:paraId="51122045" w14:textId="77777777" w:rsidR="009D5191" w:rsidRDefault="009D5191">
            <w:r>
              <w:t>Loggist</w:t>
            </w:r>
          </w:p>
        </w:tc>
        <w:tc>
          <w:tcPr>
            <w:tcW w:w="0" w:type="auto"/>
            <w:hideMark/>
          </w:tcPr>
          <w:p w14:paraId="3F6CC5D1" w14:textId="77777777" w:rsidR="009D5191" w:rsidRDefault="009D5191">
            <w:r>
              <w:t>Duty Shift Supervisor</w:t>
            </w:r>
          </w:p>
        </w:tc>
        <w:tc>
          <w:tcPr>
            <w:tcW w:w="0" w:type="auto"/>
            <w:hideMark/>
          </w:tcPr>
          <w:p w14:paraId="4AEDB918" w14:textId="77777777" w:rsidR="009D5191" w:rsidRDefault="009D5191">
            <w:r>
              <w:t>Paper log pack; fallback secure digital log</w:t>
            </w:r>
          </w:p>
        </w:tc>
        <w:tc>
          <w:tcPr>
            <w:tcW w:w="0" w:type="auto"/>
            <w:hideMark/>
          </w:tcPr>
          <w:p w14:paraId="1CE2A337" w14:textId="77777777" w:rsidR="009D5191" w:rsidRDefault="009D5191">
            <w:r>
              <w:t>Record information, decisions, actions, expenditure and update times.</w:t>
            </w:r>
          </w:p>
        </w:tc>
      </w:tr>
      <w:tr w:rsidR="009D5191" w14:paraId="44B10C40" w14:textId="77777777">
        <w:tc>
          <w:tcPr>
            <w:tcW w:w="0" w:type="auto"/>
            <w:shd w:val="clear" w:color="auto" w:fill="F3F7FA"/>
            <w:hideMark/>
          </w:tcPr>
          <w:p w14:paraId="2C3BB17F" w14:textId="77777777" w:rsidR="009D5191" w:rsidRDefault="009D5191">
            <w:r>
              <w:t>Communications lead</w:t>
            </w:r>
          </w:p>
        </w:tc>
        <w:tc>
          <w:tcPr>
            <w:tcW w:w="0" w:type="auto"/>
            <w:shd w:val="clear" w:color="auto" w:fill="F3F7FA"/>
            <w:hideMark/>
          </w:tcPr>
          <w:p w14:paraId="09150DA3" w14:textId="77777777" w:rsidR="009D5191" w:rsidRDefault="009D5191">
            <w:r>
              <w:t>Alex Morgan</w:t>
            </w:r>
          </w:p>
        </w:tc>
        <w:tc>
          <w:tcPr>
            <w:tcW w:w="0" w:type="auto"/>
            <w:shd w:val="clear" w:color="auto" w:fill="F3F7FA"/>
            <w:hideMark/>
          </w:tcPr>
          <w:p w14:paraId="07B8D80C" w14:textId="77777777" w:rsidR="009D5191" w:rsidRDefault="009D5191">
            <w:r>
              <w:t>Work mobile/email; fallback Sam Taylor</w:t>
            </w:r>
          </w:p>
        </w:tc>
        <w:tc>
          <w:tcPr>
            <w:tcW w:w="0" w:type="auto"/>
            <w:shd w:val="clear" w:color="auto" w:fill="F3F7FA"/>
            <w:hideMark/>
          </w:tcPr>
          <w:p w14:paraId="5944EFD1" w14:textId="77777777" w:rsidR="009D5191" w:rsidRDefault="009D5191">
            <w:r>
              <w:t>Coordinate accurate staff, customer, commissioner and supplier updates.</w:t>
            </w:r>
          </w:p>
        </w:tc>
      </w:tr>
      <w:tr w:rsidR="009D5191" w14:paraId="456ECBB1" w14:textId="77777777">
        <w:tc>
          <w:tcPr>
            <w:tcW w:w="0" w:type="auto"/>
            <w:hideMark/>
          </w:tcPr>
          <w:p w14:paraId="572FDF98" w14:textId="77777777" w:rsidR="009D5191" w:rsidRDefault="009D5191">
            <w:r>
              <w:t>Welfare lead</w:t>
            </w:r>
          </w:p>
        </w:tc>
        <w:tc>
          <w:tcPr>
            <w:tcW w:w="0" w:type="auto"/>
            <w:hideMark/>
          </w:tcPr>
          <w:p w14:paraId="62A1BD15" w14:textId="77777777" w:rsidR="009D5191" w:rsidRDefault="009D5191">
            <w:r>
              <w:t>Duty Shift Supervisor</w:t>
            </w:r>
          </w:p>
        </w:tc>
        <w:tc>
          <w:tcPr>
            <w:tcW w:w="0" w:type="auto"/>
            <w:hideMark/>
          </w:tcPr>
          <w:p w14:paraId="71DFB9EC" w14:textId="77777777" w:rsidR="009D5191" w:rsidRDefault="009D5191">
            <w:r>
              <w:t>Staff contact list; fallback Head Chef</w:t>
            </w:r>
          </w:p>
        </w:tc>
        <w:tc>
          <w:tcPr>
            <w:tcW w:w="0" w:type="auto"/>
            <w:hideMark/>
          </w:tcPr>
          <w:p w14:paraId="2EEC9722" w14:textId="77777777" w:rsidR="009D5191" w:rsidRDefault="009D5191">
            <w:r>
              <w:t>Check staff welfare, accessibility, travel, breaks and caring needs.</w:t>
            </w:r>
          </w:p>
        </w:tc>
      </w:tr>
      <w:tr w:rsidR="009D5191" w14:paraId="43F0AD50" w14:textId="77777777">
        <w:tc>
          <w:tcPr>
            <w:tcW w:w="0" w:type="auto"/>
            <w:shd w:val="clear" w:color="auto" w:fill="F3F7FA"/>
            <w:hideMark/>
          </w:tcPr>
          <w:p w14:paraId="4689250F" w14:textId="77777777" w:rsidR="009D5191" w:rsidRDefault="009D5191">
            <w:r>
              <w:t>IT / cyber support</w:t>
            </w:r>
          </w:p>
        </w:tc>
        <w:tc>
          <w:tcPr>
            <w:tcW w:w="0" w:type="auto"/>
            <w:shd w:val="clear" w:color="auto" w:fill="F3F7FA"/>
            <w:hideMark/>
          </w:tcPr>
          <w:p w14:paraId="165F8F89" w14:textId="77777777" w:rsidR="009D5191" w:rsidRDefault="009D5191">
            <w:r>
              <w:t>Managed IT support provider</w:t>
            </w:r>
          </w:p>
        </w:tc>
        <w:tc>
          <w:tcPr>
            <w:tcW w:w="0" w:type="auto"/>
            <w:shd w:val="clear" w:color="auto" w:fill="F3F7FA"/>
            <w:hideMark/>
          </w:tcPr>
          <w:p w14:paraId="6B124180" w14:textId="77777777" w:rsidR="009D5191" w:rsidRDefault="009D5191">
            <w:r>
              <w:t>Support portal/phone; fallback offline records</w:t>
            </w:r>
          </w:p>
        </w:tc>
        <w:tc>
          <w:tcPr>
            <w:tcW w:w="0" w:type="auto"/>
            <w:shd w:val="clear" w:color="auto" w:fill="F3F7FA"/>
            <w:hideMark/>
          </w:tcPr>
          <w:p w14:paraId="3667B753" w14:textId="77777777" w:rsidR="009D5191" w:rsidRDefault="009D5191">
            <w:r>
              <w:t>Contain faults, advise on trusted systems and restore from clean backups.</w:t>
            </w:r>
          </w:p>
        </w:tc>
      </w:tr>
      <w:tr w:rsidR="009D5191" w14:paraId="1BC8BE2B" w14:textId="77777777">
        <w:tc>
          <w:tcPr>
            <w:tcW w:w="0" w:type="auto"/>
            <w:hideMark/>
          </w:tcPr>
          <w:p w14:paraId="0335BED1" w14:textId="77777777" w:rsidR="009D5191" w:rsidRDefault="009D5191">
            <w:r>
              <w:t>Landlord / facilities</w:t>
            </w:r>
          </w:p>
        </w:tc>
        <w:tc>
          <w:tcPr>
            <w:tcW w:w="0" w:type="auto"/>
            <w:hideMark/>
          </w:tcPr>
          <w:p w14:paraId="3FE608DB" w14:textId="77777777" w:rsidR="009D5191" w:rsidRDefault="009D5191">
            <w:r>
              <w:t>Riverside Property Management</w:t>
            </w:r>
          </w:p>
        </w:tc>
        <w:tc>
          <w:tcPr>
            <w:tcW w:w="0" w:type="auto"/>
            <w:hideMark/>
          </w:tcPr>
          <w:p w14:paraId="76EE847C" w14:textId="77777777" w:rsidR="009D5191" w:rsidRDefault="009D5191">
            <w:r>
              <w:t>Property emergency line</w:t>
            </w:r>
          </w:p>
        </w:tc>
        <w:tc>
          <w:tcPr>
            <w:tcW w:w="0" w:type="auto"/>
            <w:hideMark/>
          </w:tcPr>
          <w:p w14:paraId="375D9277" w14:textId="77777777" w:rsidR="009D5191" w:rsidRDefault="009D5191">
            <w:r>
              <w:t>Building access, utilities, repairs and safety evidence.</w:t>
            </w:r>
          </w:p>
        </w:tc>
      </w:tr>
      <w:tr w:rsidR="009D5191" w14:paraId="03C4B234" w14:textId="77777777">
        <w:tc>
          <w:tcPr>
            <w:tcW w:w="0" w:type="auto"/>
            <w:shd w:val="clear" w:color="auto" w:fill="F3F7FA"/>
            <w:hideMark/>
          </w:tcPr>
          <w:p w14:paraId="7F34306A" w14:textId="77777777" w:rsidR="009D5191" w:rsidRDefault="009D5191">
            <w:r>
              <w:t>Insurer</w:t>
            </w:r>
          </w:p>
        </w:tc>
        <w:tc>
          <w:tcPr>
            <w:tcW w:w="0" w:type="auto"/>
            <w:shd w:val="clear" w:color="auto" w:fill="F3F7FA"/>
            <w:hideMark/>
          </w:tcPr>
          <w:p w14:paraId="10324693" w14:textId="77777777" w:rsidR="009D5191" w:rsidRDefault="009D5191">
            <w:r>
              <w:t>Example Commercial Insurance</w:t>
            </w:r>
          </w:p>
        </w:tc>
        <w:tc>
          <w:tcPr>
            <w:tcW w:w="0" w:type="auto"/>
            <w:shd w:val="clear" w:color="auto" w:fill="F3F7FA"/>
            <w:hideMark/>
          </w:tcPr>
          <w:p w14:paraId="73CA36D0" w14:textId="77777777" w:rsidR="009D5191" w:rsidRDefault="009D5191">
            <w:r>
              <w:t>Claims line; policy held with plan</w:t>
            </w:r>
          </w:p>
        </w:tc>
        <w:tc>
          <w:tcPr>
            <w:tcW w:w="0" w:type="auto"/>
            <w:shd w:val="clear" w:color="auto" w:fill="F3F7FA"/>
            <w:hideMark/>
          </w:tcPr>
          <w:p w14:paraId="2FA5B95B" w14:textId="77777777" w:rsidR="009D5191" w:rsidRDefault="009D5191">
            <w:r>
              <w:t>Loss notification, evidence requirements and recovery advice.</w:t>
            </w:r>
          </w:p>
        </w:tc>
      </w:tr>
      <w:tr w:rsidR="009D5191" w14:paraId="3F069A8F" w14:textId="77777777">
        <w:tc>
          <w:tcPr>
            <w:tcW w:w="0" w:type="auto"/>
            <w:hideMark/>
          </w:tcPr>
          <w:p w14:paraId="2BF515B6" w14:textId="77777777" w:rsidR="009D5191" w:rsidRDefault="009D5191">
            <w:r>
              <w:t>Other critical contact</w:t>
            </w:r>
          </w:p>
        </w:tc>
        <w:tc>
          <w:tcPr>
            <w:tcW w:w="0" w:type="auto"/>
            <w:hideMark/>
          </w:tcPr>
          <w:p w14:paraId="744EB005" w14:textId="77777777" w:rsidR="009D5191" w:rsidRDefault="009D5191">
            <w:r>
              <w:t>Community lunch commissioner</w:t>
            </w:r>
          </w:p>
        </w:tc>
        <w:tc>
          <w:tcPr>
            <w:tcW w:w="0" w:type="auto"/>
            <w:hideMark/>
          </w:tcPr>
          <w:p w14:paraId="09C3A5E8" w14:textId="77777777" w:rsidR="009D5191" w:rsidRDefault="009D5191">
            <w:r>
              <w:t>Contract manager; fallback duty commissioning inbox</w:t>
            </w:r>
          </w:p>
        </w:tc>
        <w:tc>
          <w:tcPr>
            <w:tcW w:w="0" w:type="auto"/>
            <w:hideMark/>
          </w:tcPr>
          <w:p w14:paraId="31C072F3" w14:textId="77777777" w:rsidR="009D5191" w:rsidRDefault="009D5191">
            <w:r>
              <w:t>Agree service variation, welfare escalation and customer messaging.</w:t>
            </w:r>
          </w:p>
        </w:tc>
      </w:tr>
    </w:tbl>
    <w:p w14:paraId="6A05A809" w14:textId="77777777" w:rsidR="00C224C1" w:rsidRDefault="00C224C1">
      <w:pPr>
        <w:spacing w:after="20"/>
      </w:pPr>
    </w:p>
    <w:p w14:paraId="0E207618" w14:textId="77777777" w:rsidR="00C224C1" w:rsidRDefault="0022438E">
      <w:pPr>
        <w:pStyle w:val="Heading1"/>
      </w:pPr>
      <w:r>
        <w:t>Priority activities and recovery actions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2668"/>
        <w:gridCol w:w="2201"/>
        <w:gridCol w:w="2693"/>
        <w:gridCol w:w="1234"/>
      </w:tblGrid>
      <w:tr w:rsidR="00F01BF2" w14:paraId="1F25E73C" w14:textId="77777777">
        <w:tc>
          <w:tcPr>
            <w:tcW w:w="0" w:type="auto"/>
            <w:shd w:val="clear" w:color="auto" w:fill="156082"/>
            <w:hideMark/>
          </w:tcPr>
          <w:p w14:paraId="4E77D759" w14:textId="77777777" w:rsidR="00F01BF2" w:rsidRDefault="00F01BF2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Priority activity</w:t>
            </w:r>
          </w:p>
        </w:tc>
        <w:tc>
          <w:tcPr>
            <w:tcW w:w="0" w:type="auto"/>
            <w:shd w:val="clear" w:color="auto" w:fill="156082"/>
            <w:hideMark/>
          </w:tcPr>
          <w:p w14:paraId="668D41F4" w14:textId="77777777" w:rsidR="00F01BF2" w:rsidRDefault="00F01BF2">
            <w:r>
              <w:rPr>
                <w:b/>
                <w:bCs/>
              </w:rPr>
              <w:t>RTO / minimum service</w:t>
            </w:r>
          </w:p>
        </w:tc>
        <w:tc>
          <w:tcPr>
            <w:tcW w:w="0" w:type="auto"/>
            <w:shd w:val="clear" w:color="auto" w:fill="156082"/>
            <w:hideMark/>
          </w:tcPr>
          <w:p w14:paraId="54281890" w14:textId="77777777" w:rsidR="00F01BF2" w:rsidRDefault="00F01BF2">
            <w:r>
              <w:rPr>
                <w:b/>
                <w:bCs/>
              </w:rPr>
              <w:t>Immediate action</w:t>
            </w:r>
          </w:p>
        </w:tc>
        <w:tc>
          <w:tcPr>
            <w:tcW w:w="0" w:type="auto"/>
            <w:shd w:val="clear" w:color="auto" w:fill="156082"/>
            <w:hideMark/>
          </w:tcPr>
          <w:p w14:paraId="21432DDF" w14:textId="77777777" w:rsidR="00F01BF2" w:rsidRDefault="00F01BF2">
            <w:r>
              <w:rPr>
                <w:b/>
                <w:bCs/>
              </w:rPr>
              <w:t>Workaround</w:t>
            </w:r>
          </w:p>
        </w:tc>
        <w:tc>
          <w:tcPr>
            <w:tcW w:w="0" w:type="auto"/>
            <w:shd w:val="clear" w:color="auto" w:fill="156082"/>
            <w:hideMark/>
          </w:tcPr>
          <w:p w14:paraId="29438A85" w14:textId="77777777" w:rsidR="00F01BF2" w:rsidRDefault="00F01BF2">
            <w:r>
              <w:rPr>
                <w:b/>
                <w:bCs/>
              </w:rPr>
              <w:t>Owner</w:t>
            </w:r>
          </w:p>
        </w:tc>
      </w:tr>
      <w:tr w:rsidR="00F01BF2" w14:paraId="39AF69E4" w14:textId="77777777">
        <w:tc>
          <w:tcPr>
            <w:tcW w:w="0" w:type="auto"/>
            <w:hideMark/>
          </w:tcPr>
          <w:p w14:paraId="0C24B740" w14:textId="77777777" w:rsidR="00F01BF2" w:rsidRDefault="00F01BF2">
            <w:r>
              <w:t>Community lunch service</w:t>
            </w:r>
          </w:p>
        </w:tc>
        <w:tc>
          <w:tcPr>
            <w:tcW w:w="0" w:type="auto"/>
            <w:hideMark/>
          </w:tcPr>
          <w:p w14:paraId="7796CC8B" w14:textId="77777777" w:rsidR="00F01BF2" w:rsidRDefault="00F01BF2">
            <w:r>
              <w:t xml:space="preserve">RTO 4 hours. One safe meal </w:t>
            </w:r>
            <w:proofErr w:type="gramStart"/>
            <w:r>
              <w:t>to</w:t>
            </w:r>
            <w:proofErr w:type="gramEnd"/>
            <w:r>
              <w:t xml:space="preserve"> every registered resident each weekday; delivery may be up to two hours late with </w:t>
            </w:r>
            <w:r>
              <w:lastRenderedPageBreak/>
              <w:t>notification.</w:t>
            </w:r>
          </w:p>
        </w:tc>
        <w:tc>
          <w:tcPr>
            <w:tcW w:w="0" w:type="auto"/>
            <w:hideMark/>
          </w:tcPr>
          <w:p w14:paraId="6F31D679" w14:textId="77777777" w:rsidR="00F01BF2" w:rsidRDefault="00F01BF2">
            <w:r>
              <w:lastRenderedPageBreak/>
              <w:t>Confirm customer list, dietary needs, available kitchen, staff and transport.</w:t>
            </w:r>
          </w:p>
        </w:tc>
        <w:tc>
          <w:tcPr>
            <w:tcW w:w="0" w:type="auto"/>
            <w:hideMark/>
          </w:tcPr>
          <w:p w14:paraId="65FDC209" w14:textId="77777777" w:rsidR="00F01BF2" w:rsidRDefault="00F01BF2">
            <w:r>
              <w:t>Use community-</w:t>
            </w:r>
            <w:proofErr w:type="spellStart"/>
            <w:r>
              <w:t>centre</w:t>
            </w:r>
            <w:proofErr w:type="spellEnd"/>
            <w:r>
              <w:t xml:space="preserve"> kitchen or buy suitable meals; use approved vehicles or food-safe </w:t>
            </w:r>
            <w:r>
              <w:lastRenderedPageBreak/>
              <w:t>courier.</w:t>
            </w:r>
          </w:p>
        </w:tc>
        <w:tc>
          <w:tcPr>
            <w:tcW w:w="0" w:type="auto"/>
            <w:hideMark/>
          </w:tcPr>
          <w:p w14:paraId="5309CAA1" w14:textId="77777777" w:rsidR="00F01BF2" w:rsidRDefault="00F01BF2">
            <w:r>
              <w:lastRenderedPageBreak/>
              <w:t>Head Chef</w:t>
            </w:r>
          </w:p>
        </w:tc>
      </w:tr>
      <w:tr w:rsidR="00F01BF2" w14:paraId="36472868" w14:textId="77777777">
        <w:tc>
          <w:tcPr>
            <w:tcW w:w="0" w:type="auto"/>
            <w:shd w:val="clear" w:color="auto" w:fill="F3F7FA"/>
            <w:hideMark/>
          </w:tcPr>
          <w:p w14:paraId="197E1CC8" w14:textId="77777777" w:rsidR="00F01BF2" w:rsidRDefault="00F01BF2">
            <w:r>
              <w:t>On-site café service</w:t>
            </w:r>
          </w:p>
        </w:tc>
        <w:tc>
          <w:tcPr>
            <w:tcW w:w="0" w:type="auto"/>
            <w:shd w:val="clear" w:color="auto" w:fill="F3F7FA"/>
            <w:hideMark/>
          </w:tcPr>
          <w:p w14:paraId="1622ED0A" w14:textId="77777777" w:rsidR="00F01BF2" w:rsidRDefault="00F01BF2">
            <w:r>
              <w:t>RTO 24 hours. Offer a reduced takeaway menu if safe and viable.</w:t>
            </w:r>
          </w:p>
        </w:tc>
        <w:tc>
          <w:tcPr>
            <w:tcW w:w="0" w:type="auto"/>
            <w:shd w:val="clear" w:color="auto" w:fill="F3F7FA"/>
            <w:hideMark/>
          </w:tcPr>
          <w:p w14:paraId="54EC5DF1" w14:textId="77777777" w:rsidR="00F01BF2" w:rsidRDefault="00F01BF2">
            <w:r>
              <w:t>Pause service, secure stock and update customers.</w:t>
            </w:r>
          </w:p>
        </w:tc>
        <w:tc>
          <w:tcPr>
            <w:tcW w:w="0" w:type="auto"/>
            <w:shd w:val="clear" w:color="auto" w:fill="F3F7FA"/>
            <w:hideMark/>
          </w:tcPr>
          <w:p w14:paraId="0ADCC111" w14:textId="77777777" w:rsidR="00F01BF2" w:rsidRDefault="00F01BF2">
            <w:r>
              <w:t>Temporary takeaway counter at alternative location or suspend to protect lunch service.</w:t>
            </w:r>
          </w:p>
        </w:tc>
        <w:tc>
          <w:tcPr>
            <w:tcW w:w="0" w:type="auto"/>
            <w:shd w:val="clear" w:color="auto" w:fill="F3F7FA"/>
            <w:hideMark/>
          </w:tcPr>
          <w:p w14:paraId="51E76CD6" w14:textId="77777777" w:rsidR="00F01BF2" w:rsidRDefault="00F01BF2">
            <w:r>
              <w:t>Business Manager</w:t>
            </w:r>
          </w:p>
        </w:tc>
      </w:tr>
      <w:tr w:rsidR="00F01BF2" w14:paraId="5F3C377E" w14:textId="77777777">
        <w:tc>
          <w:tcPr>
            <w:tcW w:w="0" w:type="auto"/>
            <w:hideMark/>
          </w:tcPr>
          <w:p w14:paraId="62E5EF60" w14:textId="77777777" w:rsidR="00F01BF2" w:rsidRDefault="00F01BF2">
            <w:r>
              <w:t>Pre-ordered takeaway catering</w:t>
            </w:r>
          </w:p>
        </w:tc>
        <w:tc>
          <w:tcPr>
            <w:tcW w:w="0" w:type="auto"/>
            <w:hideMark/>
          </w:tcPr>
          <w:p w14:paraId="2A1D2EA9" w14:textId="77777777" w:rsidR="00F01BF2" w:rsidRDefault="00F01BF2">
            <w:r>
              <w:t xml:space="preserve">RTO 24 hours. Fulfil paid orders where safe or contact </w:t>
            </w:r>
            <w:proofErr w:type="gramStart"/>
            <w:r>
              <w:t>customer</w:t>
            </w:r>
            <w:proofErr w:type="gramEnd"/>
            <w:r>
              <w:t xml:space="preserve"> promptly.</w:t>
            </w:r>
          </w:p>
        </w:tc>
        <w:tc>
          <w:tcPr>
            <w:tcW w:w="0" w:type="auto"/>
            <w:hideMark/>
          </w:tcPr>
          <w:p w14:paraId="3C93DBBE" w14:textId="77777777" w:rsidR="00F01BF2" w:rsidRDefault="00F01BF2">
            <w:r>
              <w:t>Review orders, deadlines and allergen requirements.</w:t>
            </w:r>
          </w:p>
        </w:tc>
        <w:tc>
          <w:tcPr>
            <w:tcW w:w="0" w:type="auto"/>
            <w:hideMark/>
          </w:tcPr>
          <w:p w14:paraId="0F61D368" w14:textId="77777777" w:rsidR="00F01BF2" w:rsidRDefault="00F01BF2">
            <w:r>
              <w:t>Use alternative kitchen/supplier, reschedule or refund with agreement.</w:t>
            </w:r>
          </w:p>
        </w:tc>
        <w:tc>
          <w:tcPr>
            <w:tcW w:w="0" w:type="auto"/>
            <w:hideMark/>
          </w:tcPr>
          <w:p w14:paraId="36F7E5EB" w14:textId="77777777" w:rsidR="00F01BF2" w:rsidRDefault="00F01BF2">
            <w:r>
              <w:t>Head Chef</w:t>
            </w:r>
          </w:p>
        </w:tc>
      </w:tr>
      <w:tr w:rsidR="00F01BF2" w14:paraId="0A3E7353" w14:textId="77777777">
        <w:tc>
          <w:tcPr>
            <w:tcW w:w="0" w:type="auto"/>
            <w:shd w:val="clear" w:color="auto" w:fill="F3F7FA"/>
            <w:hideMark/>
          </w:tcPr>
          <w:p w14:paraId="2429D5C9" w14:textId="77777777" w:rsidR="00F01BF2" w:rsidRDefault="00F01BF2">
            <w:r>
              <w:t>Customer and dietary records</w:t>
            </w:r>
          </w:p>
        </w:tc>
        <w:tc>
          <w:tcPr>
            <w:tcW w:w="0" w:type="auto"/>
            <w:shd w:val="clear" w:color="auto" w:fill="F3F7FA"/>
            <w:hideMark/>
          </w:tcPr>
          <w:p w14:paraId="73FB40E8" w14:textId="77777777" w:rsidR="00F01BF2" w:rsidRDefault="00F01BF2">
            <w:r>
              <w:t>RTO 2 hours. Trusted list available before meals are prepared or delivered.</w:t>
            </w:r>
          </w:p>
        </w:tc>
        <w:tc>
          <w:tcPr>
            <w:tcW w:w="0" w:type="auto"/>
            <w:shd w:val="clear" w:color="auto" w:fill="F3F7FA"/>
            <w:hideMark/>
          </w:tcPr>
          <w:p w14:paraId="08F5E9AA" w14:textId="77777777" w:rsidR="00F01BF2" w:rsidRDefault="00F01BF2">
            <w:r>
              <w:t>Check cloud access and confirm data integrity.</w:t>
            </w:r>
          </w:p>
        </w:tc>
        <w:tc>
          <w:tcPr>
            <w:tcW w:w="0" w:type="auto"/>
            <w:shd w:val="clear" w:color="auto" w:fill="F3F7FA"/>
            <w:hideMark/>
          </w:tcPr>
          <w:p w14:paraId="5D11C917" w14:textId="77777777" w:rsidR="00F01BF2" w:rsidRDefault="00F01BF2">
            <w:r>
              <w:t>Use controlled encrypted weekly offline export; verify changes by phone.</w:t>
            </w:r>
          </w:p>
        </w:tc>
        <w:tc>
          <w:tcPr>
            <w:tcW w:w="0" w:type="auto"/>
            <w:shd w:val="clear" w:color="auto" w:fill="F3F7FA"/>
            <w:hideMark/>
          </w:tcPr>
          <w:p w14:paraId="0E5C6940" w14:textId="77777777" w:rsidR="00F01BF2" w:rsidRDefault="00F01BF2">
            <w:r>
              <w:t>Business Manager</w:t>
            </w:r>
          </w:p>
        </w:tc>
      </w:tr>
      <w:tr w:rsidR="00F01BF2" w14:paraId="3E3918D3" w14:textId="77777777">
        <w:tc>
          <w:tcPr>
            <w:tcW w:w="0" w:type="auto"/>
            <w:hideMark/>
          </w:tcPr>
          <w:p w14:paraId="18DAFE0A" w14:textId="77777777" w:rsidR="00F01BF2" w:rsidRDefault="00F01BF2">
            <w:r>
              <w:t>Supplier ordering and emergency purchasing</w:t>
            </w:r>
          </w:p>
        </w:tc>
        <w:tc>
          <w:tcPr>
            <w:tcW w:w="0" w:type="auto"/>
            <w:hideMark/>
          </w:tcPr>
          <w:p w14:paraId="245072AB" w14:textId="77777777" w:rsidR="00F01BF2" w:rsidRDefault="00F01BF2">
            <w:r>
              <w:t>RTO 4 hours. Ability to source safe food, packaging and fuel.</w:t>
            </w:r>
          </w:p>
        </w:tc>
        <w:tc>
          <w:tcPr>
            <w:tcW w:w="0" w:type="auto"/>
            <w:hideMark/>
          </w:tcPr>
          <w:p w14:paraId="3D4BC3F7" w14:textId="77777777" w:rsidR="00F01BF2" w:rsidRDefault="00F01BF2">
            <w:r>
              <w:t>Check main supplier and payment access.</w:t>
            </w:r>
          </w:p>
        </w:tc>
        <w:tc>
          <w:tcPr>
            <w:tcW w:w="0" w:type="auto"/>
            <w:hideMark/>
          </w:tcPr>
          <w:p w14:paraId="1EA9BD43" w14:textId="77777777" w:rsidR="00F01BF2" w:rsidRDefault="00F01BF2">
            <w:r>
              <w:t>Use second wholesaler, local supermarket and second controlled company card.</w:t>
            </w:r>
          </w:p>
        </w:tc>
        <w:tc>
          <w:tcPr>
            <w:tcW w:w="0" w:type="auto"/>
            <w:hideMark/>
          </w:tcPr>
          <w:p w14:paraId="70CE87B5" w14:textId="77777777" w:rsidR="00F01BF2" w:rsidRDefault="00F01BF2">
            <w:r>
              <w:t>Finance Lead</w:t>
            </w:r>
          </w:p>
        </w:tc>
      </w:tr>
      <w:tr w:rsidR="00F01BF2" w14:paraId="1CAA318A" w14:textId="77777777">
        <w:tc>
          <w:tcPr>
            <w:tcW w:w="0" w:type="auto"/>
            <w:shd w:val="clear" w:color="auto" w:fill="F3F7FA"/>
            <w:hideMark/>
          </w:tcPr>
          <w:p w14:paraId="2F7A2A0D" w14:textId="77777777" w:rsidR="00F01BF2" w:rsidRDefault="00F01BF2">
            <w:r>
              <w:t>Room hire</w:t>
            </w:r>
          </w:p>
        </w:tc>
        <w:tc>
          <w:tcPr>
            <w:tcW w:w="0" w:type="auto"/>
            <w:shd w:val="clear" w:color="auto" w:fill="F3F7FA"/>
            <w:hideMark/>
          </w:tcPr>
          <w:p w14:paraId="7CABEE90" w14:textId="77777777" w:rsidR="00F01BF2" w:rsidRDefault="00F01BF2">
            <w:r>
              <w:t>RTO 1 week. Notify hirers and rearrange bookings.</w:t>
            </w:r>
          </w:p>
        </w:tc>
        <w:tc>
          <w:tcPr>
            <w:tcW w:w="0" w:type="auto"/>
            <w:shd w:val="clear" w:color="auto" w:fill="F3F7FA"/>
            <w:hideMark/>
          </w:tcPr>
          <w:p w14:paraId="6AEC1334" w14:textId="77777777" w:rsidR="00F01BF2" w:rsidRDefault="00F01BF2">
            <w:r>
              <w:t>Contact upcoming hirers and secure the room.</w:t>
            </w:r>
          </w:p>
        </w:tc>
        <w:tc>
          <w:tcPr>
            <w:tcW w:w="0" w:type="auto"/>
            <w:shd w:val="clear" w:color="auto" w:fill="F3F7FA"/>
            <w:hideMark/>
          </w:tcPr>
          <w:p w14:paraId="7DA9ACB2" w14:textId="77777777" w:rsidR="00F01BF2" w:rsidRDefault="00F01BF2">
            <w:r>
              <w:t>Offer revised dates or signpost alternative community venues.</w:t>
            </w:r>
          </w:p>
        </w:tc>
        <w:tc>
          <w:tcPr>
            <w:tcW w:w="0" w:type="auto"/>
            <w:shd w:val="clear" w:color="auto" w:fill="F3F7FA"/>
            <w:hideMark/>
          </w:tcPr>
          <w:p w14:paraId="71531DC6" w14:textId="77777777" w:rsidR="00F01BF2" w:rsidRDefault="00F01BF2">
            <w:r>
              <w:t>Shift Supervisor</w:t>
            </w:r>
          </w:p>
        </w:tc>
      </w:tr>
    </w:tbl>
    <w:p w14:paraId="5A39BBE3" w14:textId="77777777" w:rsidR="00C224C1" w:rsidRDefault="00C224C1">
      <w:pPr>
        <w:spacing w:after="20"/>
      </w:pPr>
    </w:p>
    <w:p w14:paraId="54C3545F" w14:textId="77777777" w:rsidR="00C224C1" w:rsidRDefault="0022438E">
      <w:pPr>
        <w:pStyle w:val="Heading1"/>
      </w:pPr>
      <w:r>
        <w:t>Loss-of-resource arrangements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3"/>
        <w:gridCol w:w="2147"/>
        <w:gridCol w:w="2503"/>
        <w:gridCol w:w="2458"/>
        <w:gridCol w:w="1549"/>
      </w:tblGrid>
      <w:tr w:rsidR="008D14DA" w14:paraId="4E50E50A" w14:textId="77777777">
        <w:tc>
          <w:tcPr>
            <w:tcW w:w="0" w:type="auto"/>
            <w:shd w:val="clear" w:color="auto" w:fill="156082"/>
            <w:hideMark/>
          </w:tcPr>
          <w:p w14:paraId="19C578D2" w14:textId="77777777" w:rsidR="008D14DA" w:rsidRDefault="008D14DA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Issue</w:t>
            </w:r>
          </w:p>
        </w:tc>
        <w:tc>
          <w:tcPr>
            <w:tcW w:w="0" w:type="auto"/>
            <w:shd w:val="clear" w:color="auto" w:fill="156082"/>
            <w:hideMark/>
          </w:tcPr>
          <w:p w14:paraId="47B8BE25" w14:textId="77777777" w:rsidR="008D14DA" w:rsidRDefault="008D14DA">
            <w:r>
              <w:rPr>
                <w:b/>
                <w:bCs/>
              </w:rPr>
              <w:t>Likely impact</w:t>
            </w:r>
          </w:p>
        </w:tc>
        <w:tc>
          <w:tcPr>
            <w:tcW w:w="0" w:type="auto"/>
            <w:shd w:val="clear" w:color="auto" w:fill="156082"/>
            <w:hideMark/>
          </w:tcPr>
          <w:p w14:paraId="15637194" w14:textId="77777777" w:rsidR="008D14DA" w:rsidRDefault="008D14DA">
            <w:r>
              <w:rPr>
                <w:b/>
                <w:bCs/>
              </w:rPr>
              <w:t>Primary arrangement</w:t>
            </w:r>
          </w:p>
        </w:tc>
        <w:tc>
          <w:tcPr>
            <w:tcW w:w="0" w:type="auto"/>
            <w:shd w:val="clear" w:color="auto" w:fill="156082"/>
            <w:hideMark/>
          </w:tcPr>
          <w:p w14:paraId="2308EFF8" w14:textId="77777777" w:rsidR="008D14DA" w:rsidRDefault="008D14DA">
            <w:r>
              <w:rPr>
                <w:b/>
                <w:bCs/>
              </w:rPr>
              <w:t>Fallback</w:t>
            </w:r>
          </w:p>
        </w:tc>
        <w:tc>
          <w:tcPr>
            <w:tcW w:w="0" w:type="auto"/>
            <w:shd w:val="clear" w:color="auto" w:fill="156082"/>
            <w:hideMark/>
          </w:tcPr>
          <w:p w14:paraId="28EAAF39" w14:textId="77777777" w:rsidR="008D14DA" w:rsidRDefault="008D14DA">
            <w:r>
              <w:rPr>
                <w:b/>
                <w:bCs/>
              </w:rPr>
              <w:t>Support / owner</w:t>
            </w:r>
          </w:p>
        </w:tc>
      </w:tr>
      <w:tr w:rsidR="008D14DA" w14:paraId="05938EC5" w14:textId="77777777">
        <w:tc>
          <w:tcPr>
            <w:tcW w:w="0" w:type="auto"/>
            <w:hideMark/>
          </w:tcPr>
          <w:p w14:paraId="106F877A" w14:textId="77777777" w:rsidR="008D14DA" w:rsidRDefault="008D14DA">
            <w:r>
              <w:t>Loss of premises</w:t>
            </w:r>
          </w:p>
        </w:tc>
        <w:tc>
          <w:tcPr>
            <w:tcW w:w="0" w:type="auto"/>
            <w:hideMark/>
          </w:tcPr>
          <w:p w14:paraId="21AD1ACE" w14:textId="77777777" w:rsidR="008D14DA" w:rsidRDefault="008D14DA">
            <w:r>
              <w:t>Kitchen and café services stop.</w:t>
            </w:r>
          </w:p>
        </w:tc>
        <w:tc>
          <w:tcPr>
            <w:tcW w:w="0" w:type="auto"/>
            <w:hideMark/>
          </w:tcPr>
          <w:p w14:paraId="08EA0F41" w14:textId="77777777" w:rsidR="008D14DA" w:rsidRDefault="008D14DA">
            <w:r>
              <w:t>Activate the agreed community-</w:t>
            </w:r>
            <w:proofErr w:type="spellStart"/>
            <w:r>
              <w:t>centre</w:t>
            </w:r>
            <w:proofErr w:type="spellEnd"/>
            <w:r>
              <w:t xml:space="preserve"> kitchen.</w:t>
            </w:r>
          </w:p>
        </w:tc>
        <w:tc>
          <w:tcPr>
            <w:tcW w:w="0" w:type="auto"/>
            <w:hideMark/>
          </w:tcPr>
          <w:p w14:paraId="1657EFDB" w14:textId="77777777" w:rsidR="008D14DA" w:rsidRDefault="008D14DA">
            <w:r>
              <w:t>Buy suitable meals and suspend non-essential services.</w:t>
            </w:r>
          </w:p>
        </w:tc>
        <w:tc>
          <w:tcPr>
            <w:tcW w:w="0" w:type="auto"/>
            <w:hideMark/>
          </w:tcPr>
          <w:p w14:paraId="469963B9" w14:textId="77777777" w:rsidR="008D14DA" w:rsidRDefault="008D14DA">
            <w:r>
              <w:t>Business Manager / landlord</w:t>
            </w:r>
          </w:p>
        </w:tc>
      </w:tr>
      <w:tr w:rsidR="008D14DA" w14:paraId="2D2F0572" w14:textId="77777777">
        <w:tc>
          <w:tcPr>
            <w:tcW w:w="0" w:type="auto"/>
            <w:shd w:val="clear" w:color="auto" w:fill="F3F7FA"/>
            <w:hideMark/>
          </w:tcPr>
          <w:p w14:paraId="08D8D7E3" w14:textId="77777777" w:rsidR="008D14DA" w:rsidRDefault="008D14DA">
            <w:r>
              <w:t>Loss of staff / key skills</w:t>
            </w:r>
          </w:p>
        </w:tc>
        <w:tc>
          <w:tcPr>
            <w:tcW w:w="0" w:type="auto"/>
            <w:shd w:val="clear" w:color="auto" w:fill="F3F7FA"/>
            <w:hideMark/>
          </w:tcPr>
          <w:p w14:paraId="01DEDB69" w14:textId="77777777" w:rsidR="008D14DA" w:rsidRDefault="008D14DA">
            <w:r>
              <w:t>Unsafe staffing or dietary knowledge gap.</w:t>
            </w:r>
          </w:p>
        </w:tc>
        <w:tc>
          <w:tcPr>
            <w:tcW w:w="0" w:type="auto"/>
            <w:shd w:val="clear" w:color="auto" w:fill="F3F7FA"/>
            <w:hideMark/>
          </w:tcPr>
          <w:p w14:paraId="5D940A9B" w14:textId="77777777" w:rsidR="008D14DA" w:rsidRDefault="008D14DA">
            <w:r>
              <w:t>Call cross-trained deputy and prioritise lunch service.</w:t>
            </w:r>
          </w:p>
        </w:tc>
        <w:tc>
          <w:tcPr>
            <w:tcW w:w="0" w:type="auto"/>
            <w:shd w:val="clear" w:color="auto" w:fill="F3F7FA"/>
            <w:hideMark/>
          </w:tcPr>
          <w:p w14:paraId="1367D6BF" w14:textId="77777777" w:rsidR="008D14DA" w:rsidRDefault="008D14DA">
            <w:r>
              <w:t>Reduce menu; use approved agency or partner support.</w:t>
            </w:r>
          </w:p>
        </w:tc>
        <w:tc>
          <w:tcPr>
            <w:tcW w:w="0" w:type="auto"/>
            <w:shd w:val="clear" w:color="auto" w:fill="F3F7FA"/>
            <w:hideMark/>
          </w:tcPr>
          <w:p w14:paraId="11A6203A" w14:textId="77777777" w:rsidR="008D14DA" w:rsidRDefault="008D14DA">
            <w:r>
              <w:t>Head Chef</w:t>
            </w:r>
          </w:p>
        </w:tc>
      </w:tr>
      <w:tr w:rsidR="008D14DA" w14:paraId="7E1D8BF8" w14:textId="77777777">
        <w:tc>
          <w:tcPr>
            <w:tcW w:w="0" w:type="auto"/>
            <w:hideMark/>
          </w:tcPr>
          <w:p w14:paraId="7FF0BEFA" w14:textId="77777777" w:rsidR="008D14DA" w:rsidRDefault="008D14DA">
            <w:r>
              <w:t>Loss of IT / telecoms</w:t>
            </w:r>
          </w:p>
        </w:tc>
        <w:tc>
          <w:tcPr>
            <w:tcW w:w="0" w:type="auto"/>
            <w:hideMark/>
          </w:tcPr>
          <w:p w14:paraId="51DB717C" w14:textId="77777777" w:rsidR="008D14DA" w:rsidRDefault="008D14DA">
            <w:r>
              <w:t>Orders, contacts and records unavailable.</w:t>
            </w:r>
          </w:p>
        </w:tc>
        <w:tc>
          <w:tcPr>
            <w:tcW w:w="0" w:type="auto"/>
            <w:hideMark/>
          </w:tcPr>
          <w:p w14:paraId="6A9D74D7" w14:textId="77777777" w:rsidR="008D14DA" w:rsidRDefault="008D14DA">
            <w:r>
              <w:t>Use work mobiles and offline essential records.</w:t>
            </w:r>
          </w:p>
        </w:tc>
        <w:tc>
          <w:tcPr>
            <w:tcW w:w="0" w:type="auto"/>
            <w:hideMark/>
          </w:tcPr>
          <w:p w14:paraId="3598514B" w14:textId="77777777" w:rsidR="008D14DA" w:rsidRDefault="008D14DA">
            <w:r>
              <w:t>Paper forms and in-person coordination.</w:t>
            </w:r>
          </w:p>
        </w:tc>
        <w:tc>
          <w:tcPr>
            <w:tcW w:w="0" w:type="auto"/>
            <w:hideMark/>
          </w:tcPr>
          <w:p w14:paraId="2F738762" w14:textId="77777777" w:rsidR="008D14DA" w:rsidRDefault="008D14DA">
            <w:r>
              <w:t>Business Manager / IT support</w:t>
            </w:r>
          </w:p>
        </w:tc>
      </w:tr>
      <w:tr w:rsidR="008D14DA" w14:paraId="627F5D32" w14:textId="77777777">
        <w:tc>
          <w:tcPr>
            <w:tcW w:w="0" w:type="auto"/>
            <w:shd w:val="clear" w:color="auto" w:fill="F3F7FA"/>
            <w:hideMark/>
          </w:tcPr>
          <w:p w14:paraId="4E8FB356" w14:textId="77777777" w:rsidR="008D14DA" w:rsidRDefault="008D14DA">
            <w:r>
              <w:t>Cyber compromise / untrusted data</w:t>
            </w:r>
          </w:p>
        </w:tc>
        <w:tc>
          <w:tcPr>
            <w:tcW w:w="0" w:type="auto"/>
            <w:shd w:val="clear" w:color="auto" w:fill="F3F7FA"/>
            <w:hideMark/>
          </w:tcPr>
          <w:p w14:paraId="79DFC906" w14:textId="77777777" w:rsidR="008D14DA" w:rsidRDefault="008D14DA">
            <w:r>
              <w:t>Systems and records cannot be trusted.</w:t>
            </w:r>
          </w:p>
        </w:tc>
        <w:tc>
          <w:tcPr>
            <w:tcW w:w="0" w:type="auto"/>
            <w:shd w:val="clear" w:color="auto" w:fill="F3F7FA"/>
            <w:hideMark/>
          </w:tcPr>
          <w:p w14:paraId="192FE2C5" w14:textId="77777777" w:rsidR="008D14DA" w:rsidRDefault="008D14DA">
            <w:r>
              <w:t>Disconnect affected devices; contact IT support; preserve evidence.</w:t>
            </w:r>
          </w:p>
        </w:tc>
        <w:tc>
          <w:tcPr>
            <w:tcW w:w="0" w:type="auto"/>
            <w:shd w:val="clear" w:color="auto" w:fill="F3F7FA"/>
            <w:hideMark/>
          </w:tcPr>
          <w:p w14:paraId="5D1B4F25" w14:textId="77777777" w:rsidR="008D14DA" w:rsidRDefault="008D14DA">
            <w:r>
              <w:t>Operate from verified offline records and clean devices only.</w:t>
            </w:r>
          </w:p>
        </w:tc>
        <w:tc>
          <w:tcPr>
            <w:tcW w:w="0" w:type="auto"/>
            <w:shd w:val="clear" w:color="auto" w:fill="F3F7FA"/>
            <w:hideMark/>
          </w:tcPr>
          <w:p w14:paraId="7BB82564" w14:textId="77777777" w:rsidR="008D14DA" w:rsidRDefault="008D14DA">
            <w:r>
              <w:t>Incident lead / IT support</w:t>
            </w:r>
          </w:p>
        </w:tc>
      </w:tr>
      <w:tr w:rsidR="008D14DA" w14:paraId="13A5DBC4" w14:textId="77777777">
        <w:tc>
          <w:tcPr>
            <w:tcW w:w="0" w:type="auto"/>
            <w:hideMark/>
          </w:tcPr>
          <w:p w14:paraId="4B272858" w14:textId="77777777" w:rsidR="008D14DA" w:rsidRDefault="008D14DA">
            <w:r>
              <w:t>Loss of supplier</w:t>
            </w:r>
          </w:p>
        </w:tc>
        <w:tc>
          <w:tcPr>
            <w:tcW w:w="0" w:type="auto"/>
            <w:hideMark/>
          </w:tcPr>
          <w:p w14:paraId="3843A85D" w14:textId="77777777" w:rsidR="008D14DA" w:rsidRDefault="008D14DA">
            <w:r>
              <w:t>Food or packaging shortages.</w:t>
            </w:r>
          </w:p>
        </w:tc>
        <w:tc>
          <w:tcPr>
            <w:tcW w:w="0" w:type="auto"/>
            <w:hideMark/>
          </w:tcPr>
          <w:p w14:paraId="169EBCF2" w14:textId="77777777" w:rsidR="008D14DA" w:rsidRDefault="008D14DA">
            <w:r>
              <w:t>Order from second wholesaler.</w:t>
            </w:r>
          </w:p>
        </w:tc>
        <w:tc>
          <w:tcPr>
            <w:tcW w:w="0" w:type="auto"/>
            <w:hideMark/>
          </w:tcPr>
          <w:p w14:paraId="62C35C7D" w14:textId="77777777" w:rsidR="008D14DA" w:rsidRDefault="008D14DA">
            <w:r>
              <w:t>Local supermarket and simplified menu.</w:t>
            </w:r>
          </w:p>
        </w:tc>
        <w:tc>
          <w:tcPr>
            <w:tcW w:w="0" w:type="auto"/>
            <w:hideMark/>
          </w:tcPr>
          <w:p w14:paraId="7BC019AC" w14:textId="77777777" w:rsidR="008D14DA" w:rsidRDefault="008D14DA">
            <w:r>
              <w:t>Finance Lead / Head Chef</w:t>
            </w:r>
          </w:p>
        </w:tc>
      </w:tr>
      <w:tr w:rsidR="008D14DA" w14:paraId="254FA67B" w14:textId="77777777">
        <w:tc>
          <w:tcPr>
            <w:tcW w:w="0" w:type="auto"/>
            <w:shd w:val="clear" w:color="auto" w:fill="F3F7FA"/>
            <w:hideMark/>
          </w:tcPr>
          <w:p w14:paraId="5CECA07B" w14:textId="77777777" w:rsidR="008D14DA" w:rsidRDefault="008D14DA">
            <w:r>
              <w:t>Loss of power</w:t>
            </w:r>
          </w:p>
        </w:tc>
        <w:tc>
          <w:tcPr>
            <w:tcW w:w="0" w:type="auto"/>
            <w:shd w:val="clear" w:color="auto" w:fill="F3F7FA"/>
            <w:hideMark/>
          </w:tcPr>
          <w:p w14:paraId="7CD563F3" w14:textId="77777777" w:rsidR="008D14DA" w:rsidRDefault="008D14DA">
            <w:r>
              <w:t>Cooking, refrigeration and IT affected.</w:t>
            </w:r>
          </w:p>
        </w:tc>
        <w:tc>
          <w:tcPr>
            <w:tcW w:w="0" w:type="auto"/>
            <w:shd w:val="clear" w:color="auto" w:fill="F3F7FA"/>
            <w:hideMark/>
          </w:tcPr>
          <w:p w14:paraId="2168563E" w14:textId="77777777" w:rsidR="008D14DA" w:rsidRDefault="008D14DA">
            <w:r>
              <w:t>Move to alternative kitchen; protect temperature-controlled stock.</w:t>
            </w:r>
          </w:p>
        </w:tc>
        <w:tc>
          <w:tcPr>
            <w:tcW w:w="0" w:type="auto"/>
            <w:shd w:val="clear" w:color="auto" w:fill="F3F7FA"/>
            <w:hideMark/>
          </w:tcPr>
          <w:p w14:paraId="3AC150D4" w14:textId="77777777" w:rsidR="008D14DA" w:rsidRDefault="008D14DA">
            <w:r>
              <w:t>Buy safe prepared meals; dispose of unsafe food.</w:t>
            </w:r>
          </w:p>
        </w:tc>
        <w:tc>
          <w:tcPr>
            <w:tcW w:w="0" w:type="auto"/>
            <w:shd w:val="clear" w:color="auto" w:fill="F3F7FA"/>
            <w:hideMark/>
          </w:tcPr>
          <w:p w14:paraId="2546B9B9" w14:textId="77777777" w:rsidR="008D14DA" w:rsidRDefault="008D14DA">
            <w:r>
              <w:t>Head Chef / landlord</w:t>
            </w:r>
          </w:p>
        </w:tc>
      </w:tr>
      <w:tr w:rsidR="008D14DA" w14:paraId="405F5C6C" w14:textId="77777777">
        <w:tc>
          <w:tcPr>
            <w:tcW w:w="0" w:type="auto"/>
            <w:hideMark/>
          </w:tcPr>
          <w:p w14:paraId="7BB27FF7" w14:textId="77777777" w:rsidR="008D14DA" w:rsidRDefault="008D14DA">
            <w:r>
              <w:t>Loss of water / welfare facilities</w:t>
            </w:r>
          </w:p>
        </w:tc>
        <w:tc>
          <w:tcPr>
            <w:tcW w:w="0" w:type="auto"/>
            <w:hideMark/>
          </w:tcPr>
          <w:p w14:paraId="09E42B48" w14:textId="77777777" w:rsidR="008D14DA" w:rsidRDefault="008D14DA">
            <w:r>
              <w:t>Food preparation and handwashing unsafe.</w:t>
            </w:r>
          </w:p>
        </w:tc>
        <w:tc>
          <w:tcPr>
            <w:tcW w:w="0" w:type="auto"/>
            <w:hideMark/>
          </w:tcPr>
          <w:p w14:paraId="115D2913" w14:textId="77777777" w:rsidR="008D14DA" w:rsidRDefault="008D14DA">
            <w:r>
              <w:t>Stop preparation and move to alternative kitchen.</w:t>
            </w:r>
          </w:p>
        </w:tc>
        <w:tc>
          <w:tcPr>
            <w:tcW w:w="0" w:type="auto"/>
            <w:hideMark/>
          </w:tcPr>
          <w:p w14:paraId="3DFD6F0E" w14:textId="77777777" w:rsidR="008D14DA" w:rsidRDefault="008D14DA">
            <w:r>
              <w:t>Close café; use bought-in meals from approved source.</w:t>
            </w:r>
          </w:p>
        </w:tc>
        <w:tc>
          <w:tcPr>
            <w:tcW w:w="0" w:type="auto"/>
            <w:hideMark/>
          </w:tcPr>
          <w:p w14:paraId="3E9A4BEB" w14:textId="77777777" w:rsidR="008D14DA" w:rsidRDefault="008D14DA">
            <w:r>
              <w:t>Duty manager</w:t>
            </w:r>
          </w:p>
        </w:tc>
      </w:tr>
      <w:tr w:rsidR="008D14DA" w14:paraId="789216C4" w14:textId="77777777">
        <w:tc>
          <w:tcPr>
            <w:tcW w:w="0" w:type="auto"/>
            <w:shd w:val="clear" w:color="auto" w:fill="F3F7FA"/>
            <w:hideMark/>
          </w:tcPr>
          <w:p w14:paraId="25698436" w14:textId="77777777" w:rsidR="008D14DA" w:rsidRDefault="008D14DA">
            <w:r>
              <w:lastRenderedPageBreak/>
              <w:t>Loss of equipment / records</w:t>
            </w:r>
          </w:p>
        </w:tc>
        <w:tc>
          <w:tcPr>
            <w:tcW w:w="0" w:type="auto"/>
            <w:shd w:val="clear" w:color="auto" w:fill="F3F7FA"/>
            <w:hideMark/>
          </w:tcPr>
          <w:p w14:paraId="5C01D173" w14:textId="77777777" w:rsidR="008D14DA" w:rsidRDefault="008D14DA">
            <w:r>
              <w:t>Reduced capacity or unsafe production.</w:t>
            </w:r>
          </w:p>
        </w:tc>
        <w:tc>
          <w:tcPr>
            <w:tcW w:w="0" w:type="auto"/>
            <w:shd w:val="clear" w:color="auto" w:fill="F3F7FA"/>
            <w:hideMark/>
          </w:tcPr>
          <w:p w14:paraId="4CCD0DB5" w14:textId="77777777" w:rsidR="008D14DA" w:rsidRDefault="008D14DA">
            <w:r>
              <w:t>Use spare equipment and controlled offline records.</w:t>
            </w:r>
          </w:p>
        </w:tc>
        <w:tc>
          <w:tcPr>
            <w:tcW w:w="0" w:type="auto"/>
            <w:shd w:val="clear" w:color="auto" w:fill="F3F7FA"/>
            <w:hideMark/>
          </w:tcPr>
          <w:p w14:paraId="7193A5ED" w14:textId="77777777" w:rsidR="008D14DA" w:rsidRDefault="008D14DA">
            <w:r>
              <w:t>Hire equipment or use alternative provider.</w:t>
            </w:r>
          </w:p>
        </w:tc>
        <w:tc>
          <w:tcPr>
            <w:tcW w:w="0" w:type="auto"/>
            <w:shd w:val="clear" w:color="auto" w:fill="F3F7FA"/>
            <w:hideMark/>
          </w:tcPr>
          <w:p w14:paraId="485178BF" w14:textId="77777777" w:rsidR="008D14DA" w:rsidRDefault="008D14DA">
            <w:r>
              <w:t>Head Chef / Business Manager</w:t>
            </w:r>
          </w:p>
        </w:tc>
      </w:tr>
      <w:tr w:rsidR="008D14DA" w14:paraId="5F376256" w14:textId="77777777">
        <w:tc>
          <w:tcPr>
            <w:tcW w:w="0" w:type="auto"/>
            <w:hideMark/>
          </w:tcPr>
          <w:p w14:paraId="1780662D" w14:textId="77777777" w:rsidR="008D14DA" w:rsidRDefault="008D14DA">
            <w:r>
              <w:t>Loss of fuel / transport</w:t>
            </w:r>
          </w:p>
        </w:tc>
        <w:tc>
          <w:tcPr>
            <w:tcW w:w="0" w:type="auto"/>
            <w:hideMark/>
          </w:tcPr>
          <w:p w14:paraId="33DC8153" w14:textId="77777777" w:rsidR="008D14DA" w:rsidRDefault="008D14DA">
            <w:r>
              <w:t>Meals cannot be delivered.</w:t>
            </w:r>
          </w:p>
        </w:tc>
        <w:tc>
          <w:tcPr>
            <w:tcW w:w="0" w:type="auto"/>
            <w:hideMark/>
          </w:tcPr>
          <w:p w14:paraId="2D5A10BD" w14:textId="77777777" w:rsidR="008D14DA" w:rsidRDefault="008D14DA">
            <w:r>
              <w:t>Use approved staff vehicles and insulated boxes.</w:t>
            </w:r>
          </w:p>
        </w:tc>
        <w:tc>
          <w:tcPr>
            <w:tcW w:w="0" w:type="auto"/>
            <w:hideMark/>
          </w:tcPr>
          <w:p w14:paraId="7340F65A" w14:textId="77777777" w:rsidR="008D14DA" w:rsidRDefault="008D14DA">
            <w:r>
              <w:t>Food-safe courier or commissioner-agreed collection points.</w:t>
            </w:r>
          </w:p>
        </w:tc>
        <w:tc>
          <w:tcPr>
            <w:tcW w:w="0" w:type="auto"/>
            <w:hideMark/>
          </w:tcPr>
          <w:p w14:paraId="1E37D6C7" w14:textId="77777777" w:rsidR="008D14DA" w:rsidRDefault="008D14DA">
            <w:r>
              <w:t>Shift Supervisor</w:t>
            </w:r>
          </w:p>
        </w:tc>
      </w:tr>
      <w:tr w:rsidR="008D14DA" w14:paraId="3D0045C8" w14:textId="77777777">
        <w:tc>
          <w:tcPr>
            <w:tcW w:w="0" w:type="auto"/>
            <w:shd w:val="clear" w:color="auto" w:fill="F3F7FA"/>
            <w:hideMark/>
          </w:tcPr>
          <w:p w14:paraId="6AC47979" w14:textId="77777777" w:rsidR="008D14DA" w:rsidRDefault="008D14DA">
            <w:r>
              <w:t>Financial / commercial disruption</w:t>
            </w:r>
          </w:p>
        </w:tc>
        <w:tc>
          <w:tcPr>
            <w:tcW w:w="0" w:type="auto"/>
            <w:shd w:val="clear" w:color="auto" w:fill="F3F7FA"/>
            <w:hideMark/>
          </w:tcPr>
          <w:p w14:paraId="0E74F6F2" w14:textId="77777777" w:rsidR="008D14DA" w:rsidRDefault="008D14DA">
            <w:r>
              <w:t>Emergency purchases delayed; cash flow pressure.</w:t>
            </w:r>
          </w:p>
        </w:tc>
        <w:tc>
          <w:tcPr>
            <w:tcW w:w="0" w:type="auto"/>
            <w:shd w:val="clear" w:color="auto" w:fill="F3F7FA"/>
            <w:hideMark/>
          </w:tcPr>
          <w:p w14:paraId="38324941" w14:textId="77777777" w:rsidR="008D14DA" w:rsidRDefault="008D14DA">
            <w:r>
              <w:t>Use second controlled company card up to £1,000.</w:t>
            </w:r>
          </w:p>
        </w:tc>
        <w:tc>
          <w:tcPr>
            <w:tcW w:w="0" w:type="auto"/>
            <w:shd w:val="clear" w:color="auto" w:fill="F3F7FA"/>
            <w:hideMark/>
          </w:tcPr>
          <w:p w14:paraId="7C3103F3" w14:textId="77777777" w:rsidR="008D14DA" w:rsidRDefault="008D14DA">
            <w:r>
              <w:t>Director-</w:t>
            </w:r>
            <w:proofErr w:type="spellStart"/>
            <w:r>
              <w:t>authorised</w:t>
            </w:r>
            <w:proofErr w:type="spellEnd"/>
            <w:r>
              <w:t xml:space="preserve"> bank payment and insurer notification.</w:t>
            </w:r>
          </w:p>
        </w:tc>
        <w:tc>
          <w:tcPr>
            <w:tcW w:w="0" w:type="auto"/>
            <w:shd w:val="clear" w:color="auto" w:fill="F3F7FA"/>
            <w:hideMark/>
          </w:tcPr>
          <w:p w14:paraId="7F716A19" w14:textId="77777777" w:rsidR="008D14DA" w:rsidRDefault="008D14DA">
            <w:r>
              <w:t>Finance Lead</w:t>
            </w:r>
          </w:p>
        </w:tc>
      </w:tr>
    </w:tbl>
    <w:p w14:paraId="41C8F396" w14:textId="77777777" w:rsidR="00C224C1" w:rsidRDefault="00C224C1">
      <w:pPr>
        <w:spacing w:after="20"/>
      </w:pPr>
    </w:p>
    <w:p w14:paraId="7344C496" w14:textId="77777777" w:rsidR="00C224C1" w:rsidRDefault="0022438E">
      <w:pPr>
        <w:pStyle w:val="Heading1"/>
      </w:pPr>
      <w:r>
        <w:t>Alternative locations and suppliers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6"/>
        <w:gridCol w:w="1844"/>
        <w:gridCol w:w="2666"/>
        <w:gridCol w:w="2755"/>
        <w:gridCol w:w="1349"/>
      </w:tblGrid>
      <w:tr w:rsidR="00556F44" w14:paraId="3E9AEA30" w14:textId="77777777">
        <w:tc>
          <w:tcPr>
            <w:tcW w:w="0" w:type="auto"/>
            <w:shd w:val="clear" w:color="auto" w:fill="156082"/>
            <w:hideMark/>
          </w:tcPr>
          <w:p w14:paraId="72B1C004" w14:textId="77777777" w:rsidR="00556F44" w:rsidRDefault="00556F44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Option</w:t>
            </w:r>
          </w:p>
        </w:tc>
        <w:tc>
          <w:tcPr>
            <w:tcW w:w="0" w:type="auto"/>
            <w:shd w:val="clear" w:color="auto" w:fill="156082"/>
            <w:hideMark/>
          </w:tcPr>
          <w:p w14:paraId="2820486C" w14:textId="77777777" w:rsidR="00556F44" w:rsidRDefault="00556F44">
            <w:r>
              <w:rPr>
                <w:b/>
                <w:bCs/>
              </w:rPr>
              <w:t>Contact</w:t>
            </w:r>
          </w:p>
        </w:tc>
        <w:tc>
          <w:tcPr>
            <w:tcW w:w="0" w:type="auto"/>
            <w:shd w:val="clear" w:color="auto" w:fill="156082"/>
            <w:hideMark/>
          </w:tcPr>
          <w:p w14:paraId="79873185" w14:textId="77777777" w:rsidR="00556F44" w:rsidRDefault="00556F44">
            <w:r>
              <w:rPr>
                <w:b/>
                <w:bCs/>
              </w:rPr>
              <w:t>Capacity / capability</w:t>
            </w:r>
          </w:p>
        </w:tc>
        <w:tc>
          <w:tcPr>
            <w:tcW w:w="0" w:type="auto"/>
            <w:shd w:val="clear" w:color="auto" w:fill="156082"/>
            <w:hideMark/>
          </w:tcPr>
          <w:p w14:paraId="5283B6CC" w14:textId="77777777" w:rsidR="00556F44" w:rsidRDefault="00556F44">
            <w:r>
              <w:rPr>
                <w:b/>
                <w:bCs/>
              </w:rPr>
              <w:t>Constraints</w:t>
            </w:r>
          </w:p>
        </w:tc>
        <w:tc>
          <w:tcPr>
            <w:tcW w:w="0" w:type="auto"/>
            <w:shd w:val="clear" w:color="auto" w:fill="156082"/>
            <w:hideMark/>
          </w:tcPr>
          <w:p w14:paraId="22089723" w14:textId="77777777" w:rsidR="00556F44" w:rsidRDefault="00556F44">
            <w:r>
              <w:rPr>
                <w:b/>
                <w:bCs/>
              </w:rPr>
              <w:t>Last confirmed</w:t>
            </w:r>
          </w:p>
        </w:tc>
      </w:tr>
      <w:tr w:rsidR="00556F44" w14:paraId="467C5DCE" w14:textId="77777777">
        <w:tc>
          <w:tcPr>
            <w:tcW w:w="0" w:type="auto"/>
            <w:hideMark/>
          </w:tcPr>
          <w:p w14:paraId="5817106C" w14:textId="77777777" w:rsidR="00556F44" w:rsidRDefault="00556F44">
            <w:r>
              <w:t>Riverside Community Centre kitchen</w:t>
            </w:r>
          </w:p>
        </w:tc>
        <w:tc>
          <w:tcPr>
            <w:tcW w:w="0" w:type="auto"/>
            <w:hideMark/>
          </w:tcPr>
          <w:p w14:paraId="07DDE909" w14:textId="77777777" w:rsidR="00556F44" w:rsidRDefault="00556F44">
            <w:r>
              <w:t>Centre Manager via emergency contact list</w:t>
            </w:r>
          </w:p>
        </w:tc>
        <w:tc>
          <w:tcPr>
            <w:tcW w:w="0" w:type="auto"/>
            <w:hideMark/>
          </w:tcPr>
          <w:p w14:paraId="6741C407" w14:textId="77777777" w:rsidR="00556F44" w:rsidRDefault="00556F44">
            <w:r>
              <w:t>Food-safe kitchen; capacity for 50 meals; refrigeration and handwashing.</w:t>
            </w:r>
          </w:p>
        </w:tc>
        <w:tc>
          <w:tcPr>
            <w:tcW w:w="0" w:type="auto"/>
            <w:hideMark/>
          </w:tcPr>
          <w:p w14:paraId="610A1E80" w14:textId="77777777" w:rsidR="00556F44" w:rsidRDefault="00556F44">
            <w:r>
              <w:t>Written agreement and pre-use safety check required; shared access.</w:t>
            </w:r>
          </w:p>
        </w:tc>
        <w:tc>
          <w:tcPr>
            <w:tcW w:w="0" w:type="auto"/>
            <w:hideMark/>
          </w:tcPr>
          <w:p w14:paraId="5C410C29" w14:textId="77777777" w:rsidR="00556F44" w:rsidRDefault="00556F44">
            <w:r>
              <w:t>1 September 2026</w:t>
            </w:r>
          </w:p>
        </w:tc>
      </w:tr>
      <w:tr w:rsidR="00556F44" w14:paraId="41AF6AF0" w14:textId="77777777">
        <w:tc>
          <w:tcPr>
            <w:tcW w:w="0" w:type="auto"/>
            <w:shd w:val="clear" w:color="auto" w:fill="F3F7FA"/>
            <w:hideMark/>
          </w:tcPr>
          <w:p w14:paraId="2C278AAB" w14:textId="77777777" w:rsidR="00556F44" w:rsidRDefault="00556F44">
            <w:r>
              <w:t>East Suffolk Food Wholesaler</w:t>
            </w:r>
          </w:p>
        </w:tc>
        <w:tc>
          <w:tcPr>
            <w:tcW w:w="0" w:type="auto"/>
            <w:shd w:val="clear" w:color="auto" w:fill="F3F7FA"/>
            <w:hideMark/>
          </w:tcPr>
          <w:p w14:paraId="03FF8C01" w14:textId="77777777" w:rsidR="00556F44" w:rsidRDefault="00556F44">
            <w:r>
              <w:t>Emergency ordering desk</w:t>
            </w:r>
          </w:p>
        </w:tc>
        <w:tc>
          <w:tcPr>
            <w:tcW w:w="0" w:type="auto"/>
            <w:shd w:val="clear" w:color="auto" w:fill="F3F7FA"/>
            <w:hideMark/>
          </w:tcPr>
          <w:p w14:paraId="7DAAB995" w14:textId="77777777" w:rsidR="00556F44" w:rsidRDefault="00556F44">
            <w:r>
              <w:t xml:space="preserve">Core ingredients and packaging; same-day </w:t>
            </w:r>
            <w:proofErr w:type="gramStart"/>
            <w:r>
              <w:t>collection</w:t>
            </w:r>
            <w:proofErr w:type="gramEnd"/>
            <w:r>
              <w:t xml:space="preserve"> where stocked.</w:t>
            </w:r>
          </w:p>
        </w:tc>
        <w:tc>
          <w:tcPr>
            <w:tcW w:w="0" w:type="auto"/>
            <w:shd w:val="clear" w:color="auto" w:fill="F3F7FA"/>
            <w:hideMark/>
          </w:tcPr>
          <w:p w14:paraId="199E8450" w14:textId="77777777" w:rsidR="00556F44" w:rsidRDefault="00556F44">
            <w:proofErr w:type="gramStart"/>
            <w:r>
              <w:t>Account</w:t>
            </w:r>
            <w:proofErr w:type="gramEnd"/>
            <w:r>
              <w:t xml:space="preserve"> must remain active; substitutions need allergen checks.</w:t>
            </w:r>
          </w:p>
        </w:tc>
        <w:tc>
          <w:tcPr>
            <w:tcW w:w="0" w:type="auto"/>
            <w:shd w:val="clear" w:color="auto" w:fill="F3F7FA"/>
            <w:hideMark/>
          </w:tcPr>
          <w:p w14:paraId="7146BC37" w14:textId="77777777" w:rsidR="00556F44" w:rsidRDefault="00556F44">
            <w:r>
              <w:t>5 September 2026</w:t>
            </w:r>
          </w:p>
        </w:tc>
      </w:tr>
      <w:tr w:rsidR="00556F44" w14:paraId="70BD8582" w14:textId="77777777">
        <w:tc>
          <w:tcPr>
            <w:tcW w:w="0" w:type="auto"/>
            <w:hideMark/>
          </w:tcPr>
          <w:p w14:paraId="01A654D4" w14:textId="77777777" w:rsidR="00556F44" w:rsidRDefault="00556F44">
            <w:r>
              <w:t>Local supermarket business desk</w:t>
            </w:r>
          </w:p>
        </w:tc>
        <w:tc>
          <w:tcPr>
            <w:tcW w:w="0" w:type="auto"/>
            <w:hideMark/>
          </w:tcPr>
          <w:p w14:paraId="6511021C" w14:textId="77777777" w:rsidR="00556F44" w:rsidRDefault="00556F44">
            <w:r>
              <w:t>Duty manager</w:t>
            </w:r>
          </w:p>
        </w:tc>
        <w:tc>
          <w:tcPr>
            <w:tcW w:w="0" w:type="auto"/>
            <w:hideMark/>
          </w:tcPr>
          <w:p w14:paraId="588AD5BF" w14:textId="77777777" w:rsidR="00556F44" w:rsidRDefault="00556F44">
            <w:r>
              <w:t>Replacement ingredients and suitable prepared meals.</w:t>
            </w:r>
          </w:p>
        </w:tc>
        <w:tc>
          <w:tcPr>
            <w:tcW w:w="0" w:type="auto"/>
            <w:hideMark/>
          </w:tcPr>
          <w:p w14:paraId="6136E311" w14:textId="77777777" w:rsidR="00556F44" w:rsidRDefault="00556F44">
            <w:r>
              <w:t>Limited quantities; normal retail availability and payment limits.</w:t>
            </w:r>
          </w:p>
        </w:tc>
        <w:tc>
          <w:tcPr>
            <w:tcW w:w="0" w:type="auto"/>
            <w:hideMark/>
          </w:tcPr>
          <w:p w14:paraId="11B1E57C" w14:textId="77777777" w:rsidR="00556F44" w:rsidRDefault="00556F44">
            <w:r>
              <w:t>10 September 2026</w:t>
            </w:r>
          </w:p>
        </w:tc>
      </w:tr>
      <w:tr w:rsidR="00556F44" w14:paraId="627561B6" w14:textId="77777777">
        <w:tc>
          <w:tcPr>
            <w:tcW w:w="0" w:type="auto"/>
            <w:shd w:val="clear" w:color="auto" w:fill="F3F7FA"/>
            <w:hideMark/>
          </w:tcPr>
          <w:p w14:paraId="31B7C6A9" w14:textId="77777777" w:rsidR="00556F44" w:rsidRDefault="00556F44">
            <w:r>
              <w:t>Suffolk Food-Safe Courier</w:t>
            </w:r>
          </w:p>
        </w:tc>
        <w:tc>
          <w:tcPr>
            <w:tcW w:w="0" w:type="auto"/>
            <w:shd w:val="clear" w:color="auto" w:fill="F3F7FA"/>
            <w:hideMark/>
          </w:tcPr>
          <w:p w14:paraId="724D13BD" w14:textId="77777777" w:rsidR="00556F44" w:rsidRDefault="00556F44">
            <w:r>
              <w:t>Dispatch line</w:t>
            </w:r>
          </w:p>
        </w:tc>
        <w:tc>
          <w:tcPr>
            <w:tcW w:w="0" w:type="auto"/>
            <w:shd w:val="clear" w:color="auto" w:fill="F3F7FA"/>
            <w:hideMark/>
          </w:tcPr>
          <w:p w14:paraId="11FB2B68" w14:textId="77777777" w:rsidR="00556F44" w:rsidRDefault="00556F44">
            <w:r>
              <w:t>Insulated local delivery for up to 40 drops.</w:t>
            </w:r>
          </w:p>
        </w:tc>
        <w:tc>
          <w:tcPr>
            <w:tcW w:w="0" w:type="auto"/>
            <w:shd w:val="clear" w:color="auto" w:fill="F3F7FA"/>
            <w:hideMark/>
          </w:tcPr>
          <w:p w14:paraId="6BBCDE10" w14:textId="77777777" w:rsidR="00556F44" w:rsidRDefault="00556F44">
            <w:r>
              <w:t xml:space="preserve">Subject </w:t>
            </w:r>
            <w:proofErr w:type="gramStart"/>
            <w:r>
              <w:t>to</w:t>
            </w:r>
            <w:proofErr w:type="gramEnd"/>
            <w:r>
              <w:t xml:space="preserve"> vehicle availability and two-hour booking lead time.</w:t>
            </w:r>
          </w:p>
        </w:tc>
        <w:tc>
          <w:tcPr>
            <w:tcW w:w="0" w:type="auto"/>
            <w:shd w:val="clear" w:color="auto" w:fill="F3F7FA"/>
            <w:hideMark/>
          </w:tcPr>
          <w:p w14:paraId="47A00F3D" w14:textId="77777777" w:rsidR="00556F44" w:rsidRDefault="00556F44">
            <w:r>
              <w:t>8 September 2026</w:t>
            </w:r>
          </w:p>
        </w:tc>
      </w:tr>
      <w:tr w:rsidR="00556F44" w14:paraId="5591F1BC" w14:textId="77777777">
        <w:tc>
          <w:tcPr>
            <w:tcW w:w="0" w:type="auto"/>
            <w:hideMark/>
          </w:tcPr>
          <w:p w14:paraId="4C32790E" w14:textId="77777777" w:rsidR="00556F44" w:rsidRDefault="00556F44">
            <w:r>
              <w:t>Approved staff vehicles</w:t>
            </w:r>
          </w:p>
        </w:tc>
        <w:tc>
          <w:tcPr>
            <w:tcW w:w="0" w:type="auto"/>
            <w:hideMark/>
          </w:tcPr>
          <w:p w14:paraId="475AE42E" w14:textId="77777777" w:rsidR="00556F44" w:rsidRDefault="00556F44">
            <w:proofErr w:type="gramStart"/>
            <w:r>
              <w:t>Named drivers</w:t>
            </w:r>
            <w:proofErr w:type="gramEnd"/>
            <w:r>
              <w:t xml:space="preserve"> on staff contact list</w:t>
            </w:r>
          </w:p>
        </w:tc>
        <w:tc>
          <w:tcPr>
            <w:tcW w:w="0" w:type="auto"/>
            <w:hideMark/>
          </w:tcPr>
          <w:p w14:paraId="04F0873D" w14:textId="77777777" w:rsidR="00556F44" w:rsidRDefault="00556F44">
            <w:r>
              <w:t>Two vehicles suitable for split delivery routes using insulated boxes.</w:t>
            </w:r>
          </w:p>
        </w:tc>
        <w:tc>
          <w:tcPr>
            <w:tcW w:w="0" w:type="auto"/>
            <w:hideMark/>
          </w:tcPr>
          <w:p w14:paraId="1A80F06D" w14:textId="77777777" w:rsidR="00556F44" w:rsidRDefault="00556F44">
            <w:r>
              <w:t>Business-use insurance, mileage approval and food-handling controls required.</w:t>
            </w:r>
          </w:p>
        </w:tc>
        <w:tc>
          <w:tcPr>
            <w:tcW w:w="0" w:type="auto"/>
            <w:hideMark/>
          </w:tcPr>
          <w:p w14:paraId="5F944117" w14:textId="77777777" w:rsidR="00556F44" w:rsidRDefault="00556F44">
            <w:r>
              <w:t>12 September 2026</w:t>
            </w:r>
          </w:p>
        </w:tc>
      </w:tr>
    </w:tbl>
    <w:p w14:paraId="72A3D3EC" w14:textId="77777777" w:rsidR="00C224C1" w:rsidRDefault="00C224C1">
      <w:pPr>
        <w:spacing w:after="20"/>
      </w:pPr>
    </w:p>
    <w:p w14:paraId="6EC1EF42" w14:textId="77777777" w:rsidR="00C224C1" w:rsidRDefault="0022438E">
      <w:pPr>
        <w:pStyle w:val="Heading1"/>
      </w:pPr>
      <w:r>
        <w:t>Communications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7"/>
        <w:gridCol w:w="2534"/>
        <w:gridCol w:w="2117"/>
        <w:gridCol w:w="2055"/>
        <w:gridCol w:w="2107"/>
      </w:tblGrid>
      <w:tr w:rsidR="00FE172C" w14:paraId="27289169" w14:textId="77777777">
        <w:tc>
          <w:tcPr>
            <w:tcW w:w="0" w:type="auto"/>
            <w:shd w:val="clear" w:color="auto" w:fill="156082"/>
            <w:hideMark/>
          </w:tcPr>
          <w:p w14:paraId="607DC24D" w14:textId="77777777" w:rsidR="00FE172C" w:rsidRDefault="00FE172C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Audience</w:t>
            </w:r>
          </w:p>
        </w:tc>
        <w:tc>
          <w:tcPr>
            <w:tcW w:w="0" w:type="auto"/>
            <w:shd w:val="clear" w:color="auto" w:fill="156082"/>
            <w:hideMark/>
          </w:tcPr>
          <w:p w14:paraId="5393FCAE" w14:textId="77777777" w:rsidR="00FE172C" w:rsidRDefault="00FE172C">
            <w:r>
              <w:rPr>
                <w:b/>
                <w:bCs/>
              </w:rPr>
              <w:t>What they need to know</w:t>
            </w:r>
          </w:p>
        </w:tc>
        <w:tc>
          <w:tcPr>
            <w:tcW w:w="0" w:type="auto"/>
            <w:shd w:val="clear" w:color="auto" w:fill="156082"/>
            <w:hideMark/>
          </w:tcPr>
          <w:p w14:paraId="6F5190F3" w14:textId="77777777" w:rsidR="00FE172C" w:rsidRDefault="00FE172C">
            <w:r>
              <w:rPr>
                <w:b/>
                <w:bCs/>
              </w:rPr>
              <w:t>Primary channel</w:t>
            </w:r>
          </w:p>
        </w:tc>
        <w:tc>
          <w:tcPr>
            <w:tcW w:w="0" w:type="auto"/>
            <w:shd w:val="clear" w:color="auto" w:fill="156082"/>
            <w:hideMark/>
          </w:tcPr>
          <w:p w14:paraId="2732B024" w14:textId="77777777" w:rsidR="00FE172C" w:rsidRDefault="00FE172C">
            <w:r>
              <w:rPr>
                <w:b/>
                <w:bCs/>
              </w:rPr>
              <w:t>Trusted fallback</w:t>
            </w:r>
          </w:p>
        </w:tc>
        <w:tc>
          <w:tcPr>
            <w:tcW w:w="0" w:type="auto"/>
            <w:shd w:val="clear" w:color="auto" w:fill="156082"/>
            <w:hideMark/>
          </w:tcPr>
          <w:p w14:paraId="5E9C2447" w14:textId="77777777" w:rsidR="00FE172C" w:rsidRDefault="00FE172C">
            <w:r>
              <w:rPr>
                <w:b/>
                <w:bCs/>
              </w:rPr>
              <w:t>Owner / next update</w:t>
            </w:r>
          </w:p>
        </w:tc>
      </w:tr>
      <w:tr w:rsidR="00FE172C" w14:paraId="4508A09A" w14:textId="77777777">
        <w:tc>
          <w:tcPr>
            <w:tcW w:w="0" w:type="auto"/>
            <w:hideMark/>
          </w:tcPr>
          <w:p w14:paraId="5A5F25E9" w14:textId="77777777" w:rsidR="00FE172C" w:rsidRDefault="00FE172C">
            <w:r>
              <w:t>Staff</w:t>
            </w:r>
          </w:p>
        </w:tc>
        <w:tc>
          <w:tcPr>
            <w:tcW w:w="0" w:type="auto"/>
            <w:hideMark/>
          </w:tcPr>
          <w:p w14:paraId="0F3E4167" w14:textId="77777777" w:rsidR="00FE172C" w:rsidRDefault="00FE172C">
            <w:r>
              <w:t>What happened, safety instructions, reporting location, shifts, priorities and next update.</w:t>
            </w:r>
          </w:p>
        </w:tc>
        <w:tc>
          <w:tcPr>
            <w:tcW w:w="0" w:type="auto"/>
            <w:hideMark/>
          </w:tcPr>
          <w:p w14:paraId="625FB327" w14:textId="77777777" w:rsidR="00FE172C" w:rsidRDefault="00FE172C">
            <w:r>
              <w:t>Work messaging group and phone cascade.</w:t>
            </w:r>
          </w:p>
        </w:tc>
        <w:tc>
          <w:tcPr>
            <w:tcW w:w="0" w:type="auto"/>
            <w:hideMark/>
          </w:tcPr>
          <w:p w14:paraId="0C68DBDA" w14:textId="77777777" w:rsidR="00FE172C" w:rsidRDefault="00FE172C">
            <w:r>
              <w:t>SMS from verified work mobile.</w:t>
            </w:r>
          </w:p>
        </w:tc>
        <w:tc>
          <w:tcPr>
            <w:tcW w:w="0" w:type="auto"/>
            <w:hideMark/>
          </w:tcPr>
          <w:p w14:paraId="2DC6F743" w14:textId="77777777" w:rsidR="00FE172C" w:rsidRDefault="00FE172C">
            <w:r>
              <w:t>Shift Supervisor / every two hours</w:t>
            </w:r>
          </w:p>
        </w:tc>
      </w:tr>
      <w:tr w:rsidR="00FE172C" w14:paraId="687036AC" w14:textId="77777777">
        <w:tc>
          <w:tcPr>
            <w:tcW w:w="0" w:type="auto"/>
            <w:shd w:val="clear" w:color="auto" w:fill="F3F7FA"/>
            <w:hideMark/>
          </w:tcPr>
          <w:p w14:paraId="770616EC" w14:textId="77777777" w:rsidR="00FE172C" w:rsidRDefault="00FE172C">
            <w:r>
              <w:t>Customers / service users</w:t>
            </w:r>
          </w:p>
        </w:tc>
        <w:tc>
          <w:tcPr>
            <w:tcW w:w="0" w:type="auto"/>
            <w:shd w:val="clear" w:color="auto" w:fill="F3F7FA"/>
            <w:hideMark/>
          </w:tcPr>
          <w:p w14:paraId="3FAA59EA" w14:textId="77777777" w:rsidR="00FE172C" w:rsidRDefault="00FE172C">
            <w:r>
              <w:t>Whether meals are delayed or changed, expected delivery, safe alternatives and contact route.</w:t>
            </w:r>
          </w:p>
        </w:tc>
        <w:tc>
          <w:tcPr>
            <w:tcW w:w="0" w:type="auto"/>
            <w:shd w:val="clear" w:color="auto" w:fill="F3F7FA"/>
            <w:hideMark/>
          </w:tcPr>
          <w:p w14:paraId="05483B5B" w14:textId="77777777" w:rsidR="00FE172C" w:rsidRDefault="00FE172C">
            <w:r>
              <w:t>Telephone using essential delivery list.</w:t>
            </w:r>
          </w:p>
        </w:tc>
        <w:tc>
          <w:tcPr>
            <w:tcW w:w="0" w:type="auto"/>
            <w:shd w:val="clear" w:color="auto" w:fill="F3F7FA"/>
            <w:hideMark/>
          </w:tcPr>
          <w:p w14:paraId="3F19C144" w14:textId="77777777" w:rsidR="00FE172C" w:rsidRDefault="00FE172C">
            <w:r>
              <w:t>Commissioner-supported welfare calls.</w:t>
            </w:r>
          </w:p>
        </w:tc>
        <w:tc>
          <w:tcPr>
            <w:tcW w:w="0" w:type="auto"/>
            <w:shd w:val="clear" w:color="auto" w:fill="F3F7FA"/>
            <w:hideMark/>
          </w:tcPr>
          <w:p w14:paraId="5A1811D0" w14:textId="77777777" w:rsidR="00FE172C" w:rsidRDefault="00FE172C">
            <w:r>
              <w:t>Business Manager / by 10:30 and when arrangements change</w:t>
            </w:r>
          </w:p>
        </w:tc>
      </w:tr>
      <w:tr w:rsidR="00FE172C" w14:paraId="32DD6D1C" w14:textId="77777777">
        <w:tc>
          <w:tcPr>
            <w:tcW w:w="0" w:type="auto"/>
            <w:hideMark/>
          </w:tcPr>
          <w:p w14:paraId="33EE43B8" w14:textId="77777777" w:rsidR="00FE172C" w:rsidRDefault="00FE172C">
            <w:r>
              <w:t>Suppliers / partners</w:t>
            </w:r>
          </w:p>
        </w:tc>
        <w:tc>
          <w:tcPr>
            <w:tcW w:w="0" w:type="auto"/>
            <w:hideMark/>
          </w:tcPr>
          <w:p w14:paraId="56A8BE83" w14:textId="77777777" w:rsidR="00FE172C" w:rsidRDefault="00FE172C">
            <w:r>
              <w:t>Required quantities, delivery or collection point, timing, substitutions and payment approval.</w:t>
            </w:r>
          </w:p>
        </w:tc>
        <w:tc>
          <w:tcPr>
            <w:tcW w:w="0" w:type="auto"/>
            <w:hideMark/>
          </w:tcPr>
          <w:p w14:paraId="22A18B2C" w14:textId="77777777" w:rsidR="00FE172C" w:rsidRDefault="00FE172C">
            <w:r>
              <w:t>Known account telephone/email.</w:t>
            </w:r>
          </w:p>
        </w:tc>
        <w:tc>
          <w:tcPr>
            <w:tcW w:w="0" w:type="auto"/>
            <w:hideMark/>
          </w:tcPr>
          <w:p w14:paraId="2A64D9D2" w14:textId="77777777" w:rsidR="00FE172C" w:rsidRDefault="00FE172C">
            <w:r>
              <w:t>Verified number in offline plan.</w:t>
            </w:r>
          </w:p>
        </w:tc>
        <w:tc>
          <w:tcPr>
            <w:tcW w:w="0" w:type="auto"/>
            <w:hideMark/>
          </w:tcPr>
          <w:p w14:paraId="7A052806" w14:textId="77777777" w:rsidR="00FE172C" w:rsidRDefault="00FE172C">
            <w:r>
              <w:t>Head Chef / as orders change</w:t>
            </w:r>
          </w:p>
        </w:tc>
      </w:tr>
      <w:tr w:rsidR="00FE172C" w14:paraId="6910D369" w14:textId="77777777">
        <w:tc>
          <w:tcPr>
            <w:tcW w:w="0" w:type="auto"/>
            <w:shd w:val="clear" w:color="auto" w:fill="F3F7FA"/>
            <w:hideMark/>
          </w:tcPr>
          <w:p w14:paraId="73AF999E" w14:textId="77777777" w:rsidR="00FE172C" w:rsidRDefault="00FE172C">
            <w:r>
              <w:lastRenderedPageBreak/>
              <w:t>Regulator / commissioner</w:t>
            </w:r>
          </w:p>
        </w:tc>
        <w:tc>
          <w:tcPr>
            <w:tcW w:w="0" w:type="auto"/>
            <w:shd w:val="clear" w:color="auto" w:fill="F3F7FA"/>
            <w:hideMark/>
          </w:tcPr>
          <w:p w14:paraId="32A5496C" w14:textId="77777777" w:rsidR="00FE172C" w:rsidRDefault="00FE172C">
            <w:r>
              <w:t>Service impact, welfare risk, minimum service, workaround and expected recovery.</w:t>
            </w:r>
          </w:p>
        </w:tc>
        <w:tc>
          <w:tcPr>
            <w:tcW w:w="0" w:type="auto"/>
            <w:shd w:val="clear" w:color="auto" w:fill="F3F7FA"/>
            <w:hideMark/>
          </w:tcPr>
          <w:p w14:paraId="09FE7401" w14:textId="77777777" w:rsidR="00FE172C" w:rsidRDefault="00FE172C">
            <w:r>
              <w:t>Named contract contact by phone then email.</w:t>
            </w:r>
          </w:p>
        </w:tc>
        <w:tc>
          <w:tcPr>
            <w:tcW w:w="0" w:type="auto"/>
            <w:shd w:val="clear" w:color="auto" w:fill="F3F7FA"/>
            <w:hideMark/>
          </w:tcPr>
          <w:p w14:paraId="01B4ED95" w14:textId="77777777" w:rsidR="00FE172C" w:rsidRDefault="00FE172C">
            <w:r>
              <w:t>Duty commissioning inbox/number.</w:t>
            </w:r>
          </w:p>
        </w:tc>
        <w:tc>
          <w:tcPr>
            <w:tcW w:w="0" w:type="auto"/>
            <w:shd w:val="clear" w:color="auto" w:fill="F3F7FA"/>
            <w:hideMark/>
          </w:tcPr>
          <w:p w14:paraId="150B2ED8" w14:textId="77777777" w:rsidR="00FE172C" w:rsidRDefault="00FE172C">
            <w:r>
              <w:t>Incident lead / initial update within one hour</w:t>
            </w:r>
          </w:p>
        </w:tc>
      </w:tr>
      <w:tr w:rsidR="00FE172C" w14:paraId="2BAE42CA" w14:textId="77777777">
        <w:tc>
          <w:tcPr>
            <w:tcW w:w="0" w:type="auto"/>
            <w:hideMark/>
          </w:tcPr>
          <w:p w14:paraId="458B43CD" w14:textId="77777777" w:rsidR="00FE172C" w:rsidRDefault="00FE172C">
            <w:r>
              <w:t>Insurer / landlord</w:t>
            </w:r>
          </w:p>
        </w:tc>
        <w:tc>
          <w:tcPr>
            <w:tcW w:w="0" w:type="auto"/>
            <w:hideMark/>
          </w:tcPr>
          <w:p w14:paraId="0AB4F574" w14:textId="77777777" w:rsidR="00FE172C" w:rsidRDefault="00FE172C">
            <w:r>
              <w:t>Nature of loss, safety status, damage, mitigation, evidence and access needs.</w:t>
            </w:r>
          </w:p>
        </w:tc>
        <w:tc>
          <w:tcPr>
            <w:tcW w:w="0" w:type="auto"/>
            <w:hideMark/>
          </w:tcPr>
          <w:p w14:paraId="5B391EC8" w14:textId="77777777" w:rsidR="00FE172C" w:rsidRDefault="00FE172C">
            <w:r>
              <w:t>Claims or property emergency line.</w:t>
            </w:r>
          </w:p>
        </w:tc>
        <w:tc>
          <w:tcPr>
            <w:tcW w:w="0" w:type="auto"/>
            <w:hideMark/>
          </w:tcPr>
          <w:p w14:paraId="395ECEF9" w14:textId="77777777" w:rsidR="00FE172C" w:rsidRDefault="00FE172C">
            <w:r>
              <w:t>Policy/lease contact details in paper plan.</w:t>
            </w:r>
          </w:p>
        </w:tc>
        <w:tc>
          <w:tcPr>
            <w:tcW w:w="0" w:type="auto"/>
            <w:hideMark/>
          </w:tcPr>
          <w:p w14:paraId="05370B04" w14:textId="77777777" w:rsidR="00FE172C" w:rsidRDefault="00FE172C">
            <w:r>
              <w:t>Business Manager / after immediate safety actions</w:t>
            </w:r>
          </w:p>
        </w:tc>
      </w:tr>
      <w:tr w:rsidR="00FE172C" w14:paraId="004C3FA6" w14:textId="77777777">
        <w:tc>
          <w:tcPr>
            <w:tcW w:w="0" w:type="auto"/>
            <w:shd w:val="clear" w:color="auto" w:fill="F3F7FA"/>
            <w:hideMark/>
          </w:tcPr>
          <w:p w14:paraId="57450AE9" w14:textId="77777777" w:rsidR="00FE172C" w:rsidRDefault="00FE172C">
            <w:r>
              <w:t>Public / media if relevant</w:t>
            </w:r>
          </w:p>
        </w:tc>
        <w:tc>
          <w:tcPr>
            <w:tcW w:w="0" w:type="auto"/>
            <w:shd w:val="clear" w:color="auto" w:fill="F3F7FA"/>
            <w:hideMark/>
          </w:tcPr>
          <w:p w14:paraId="0EC06A15" w14:textId="77777777" w:rsidR="00FE172C" w:rsidRDefault="00FE172C">
            <w:r>
              <w:t>Short factual service update; no personal, speculative or unverified information.</w:t>
            </w:r>
          </w:p>
        </w:tc>
        <w:tc>
          <w:tcPr>
            <w:tcW w:w="0" w:type="auto"/>
            <w:shd w:val="clear" w:color="auto" w:fill="F3F7FA"/>
            <w:hideMark/>
          </w:tcPr>
          <w:p w14:paraId="06B26E84" w14:textId="77777777" w:rsidR="00FE172C" w:rsidRDefault="00FE172C">
            <w:r>
              <w:t>Website and approved social account.</w:t>
            </w:r>
          </w:p>
        </w:tc>
        <w:tc>
          <w:tcPr>
            <w:tcW w:w="0" w:type="auto"/>
            <w:shd w:val="clear" w:color="auto" w:fill="F3F7FA"/>
            <w:hideMark/>
          </w:tcPr>
          <w:p w14:paraId="06466AFD" w14:textId="77777777" w:rsidR="00FE172C" w:rsidRDefault="00FE172C">
            <w:r>
              <w:t>Notice at premises and recorded phone message.</w:t>
            </w:r>
          </w:p>
        </w:tc>
        <w:tc>
          <w:tcPr>
            <w:tcW w:w="0" w:type="auto"/>
            <w:shd w:val="clear" w:color="auto" w:fill="F3F7FA"/>
            <w:hideMark/>
          </w:tcPr>
          <w:p w14:paraId="568325C1" w14:textId="77777777" w:rsidR="00FE172C" w:rsidRDefault="00FE172C">
            <w:r>
              <w:t>Managing Director / as approved</w:t>
            </w:r>
          </w:p>
        </w:tc>
      </w:tr>
    </w:tbl>
    <w:p w14:paraId="0D0B940D" w14:textId="77777777" w:rsidR="00C224C1" w:rsidRDefault="00C224C1">
      <w:pPr>
        <w:spacing w:after="20"/>
      </w:pPr>
    </w:p>
    <w:p w14:paraId="743F04D7" w14:textId="77777777" w:rsidR="00C224C1" w:rsidRDefault="0022438E">
      <w:pPr>
        <w:pStyle w:val="Heading1"/>
      </w:pPr>
      <w:r>
        <w:t>Welfare, closure and reopening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2"/>
        <w:gridCol w:w="7858"/>
      </w:tblGrid>
      <w:tr w:rsidR="00C60B95" w14:paraId="6BB7A981" w14:textId="77777777">
        <w:tc>
          <w:tcPr>
            <w:tcW w:w="0" w:type="auto"/>
            <w:shd w:val="clear" w:color="auto" w:fill="156082"/>
            <w:hideMark/>
          </w:tcPr>
          <w:p w14:paraId="4816347C" w14:textId="77777777" w:rsidR="00C60B95" w:rsidRDefault="00C60B95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Decision / need</w:t>
            </w:r>
          </w:p>
        </w:tc>
        <w:tc>
          <w:tcPr>
            <w:tcW w:w="0" w:type="auto"/>
            <w:shd w:val="clear" w:color="auto" w:fill="156082"/>
            <w:hideMark/>
          </w:tcPr>
          <w:p w14:paraId="16E86000" w14:textId="77777777" w:rsidR="00C60B95" w:rsidRDefault="00C60B95">
            <w:r>
              <w:rPr>
                <w:b/>
                <w:bCs/>
              </w:rPr>
              <w:t>Local arrangement</w:t>
            </w:r>
          </w:p>
        </w:tc>
      </w:tr>
      <w:tr w:rsidR="00C60B95" w14:paraId="6B2C88AB" w14:textId="77777777">
        <w:tc>
          <w:tcPr>
            <w:tcW w:w="0" w:type="auto"/>
            <w:hideMark/>
          </w:tcPr>
          <w:p w14:paraId="7FEE9AF7" w14:textId="77777777" w:rsidR="00C60B95" w:rsidRDefault="00C60B95">
            <w:r>
              <w:t>Accessibility, medication and mobility</w:t>
            </w:r>
          </w:p>
        </w:tc>
        <w:tc>
          <w:tcPr>
            <w:tcW w:w="0" w:type="auto"/>
            <w:hideMark/>
          </w:tcPr>
          <w:p w14:paraId="7FBC0584" w14:textId="77777777" w:rsidR="00C60B95" w:rsidRDefault="00C60B95">
            <w:r>
              <w:t>Check individual staff needs privately; keep routes and assembly points accessible; permit safe access to essential medication and mobility aids.</w:t>
            </w:r>
          </w:p>
        </w:tc>
      </w:tr>
      <w:tr w:rsidR="00C60B95" w14:paraId="7A5FD688" w14:textId="77777777">
        <w:tc>
          <w:tcPr>
            <w:tcW w:w="0" w:type="auto"/>
            <w:shd w:val="clear" w:color="auto" w:fill="F3F7FA"/>
            <w:hideMark/>
          </w:tcPr>
          <w:p w14:paraId="268401BB" w14:textId="77777777" w:rsidR="00C60B95" w:rsidRDefault="00C60B95">
            <w:r>
              <w:t>Travel, lone working and caring needs</w:t>
            </w:r>
          </w:p>
        </w:tc>
        <w:tc>
          <w:tcPr>
            <w:tcW w:w="0" w:type="auto"/>
            <w:shd w:val="clear" w:color="auto" w:fill="F3F7FA"/>
            <w:hideMark/>
          </w:tcPr>
          <w:p w14:paraId="31433548" w14:textId="77777777" w:rsidR="00C60B95" w:rsidRDefault="00C60B95">
            <w:r>
              <w:t>Avoid lone work in closed premises; agree safe travel, shift changes and reasonable flexibility for caring responsibilities.</w:t>
            </w:r>
          </w:p>
        </w:tc>
      </w:tr>
      <w:tr w:rsidR="00C60B95" w14:paraId="5A9B5551" w14:textId="77777777">
        <w:tc>
          <w:tcPr>
            <w:tcW w:w="0" w:type="auto"/>
            <w:hideMark/>
          </w:tcPr>
          <w:p w14:paraId="49B61545" w14:textId="77777777" w:rsidR="00C60B95" w:rsidRDefault="00C60B95">
            <w:r>
              <w:t>Temporary shelter and personal belongings</w:t>
            </w:r>
          </w:p>
        </w:tc>
        <w:tc>
          <w:tcPr>
            <w:tcW w:w="0" w:type="auto"/>
            <w:hideMark/>
          </w:tcPr>
          <w:p w14:paraId="695AC743" w14:textId="77777777" w:rsidR="00C60B95" w:rsidRDefault="00C60B95">
            <w:r>
              <w:t xml:space="preserve">Use the community </w:t>
            </w:r>
            <w:proofErr w:type="spellStart"/>
            <w:r>
              <w:t>centre</w:t>
            </w:r>
            <w:proofErr w:type="spellEnd"/>
            <w:r>
              <w:t xml:space="preserve"> meeting room if available; items are retrieved only when </w:t>
            </w:r>
            <w:proofErr w:type="spellStart"/>
            <w:r>
              <w:t>authorised</w:t>
            </w:r>
            <w:proofErr w:type="spellEnd"/>
            <w:r>
              <w:t xml:space="preserve"> safe access is confirmed.</w:t>
            </w:r>
          </w:p>
        </w:tc>
      </w:tr>
      <w:tr w:rsidR="00C60B95" w14:paraId="71B68EB4" w14:textId="77777777">
        <w:tc>
          <w:tcPr>
            <w:tcW w:w="0" w:type="auto"/>
            <w:shd w:val="clear" w:color="auto" w:fill="F3F7FA"/>
            <w:hideMark/>
          </w:tcPr>
          <w:p w14:paraId="1424E78F" w14:textId="77777777" w:rsidR="00C60B95" w:rsidRDefault="00C60B95">
            <w:r>
              <w:t>Post-incident support</w:t>
            </w:r>
          </w:p>
        </w:tc>
        <w:tc>
          <w:tcPr>
            <w:tcW w:w="0" w:type="auto"/>
            <w:shd w:val="clear" w:color="auto" w:fill="F3F7FA"/>
            <w:hideMark/>
          </w:tcPr>
          <w:p w14:paraId="66D41856" w14:textId="77777777" w:rsidR="00C60B95" w:rsidRDefault="00C60B95">
            <w:r>
              <w:t>Manager check-ins, rest breaks, occupational support signposting and a short staff debrief within 72 hours.</w:t>
            </w:r>
          </w:p>
        </w:tc>
      </w:tr>
      <w:tr w:rsidR="00C60B95" w14:paraId="7E78125A" w14:textId="77777777">
        <w:tc>
          <w:tcPr>
            <w:tcW w:w="0" w:type="auto"/>
            <w:hideMark/>
          </w:tcPr>
          <w:p w14:paraId="038D8C13" w14:textId="77777777" w:rsidR="00C60B95" w:rsidRDefault="00C60B95">
            <w:r>
              <w:t>When to reduce service</w:t>
            </w:r>
          </w:p>
        </w:tc>
        <w:tc>
          <w:tcPr>
            <w:tcW w:w="0" w:type="auto"/>
            <w:hideMark/>
          </w:tcPr>
          <w:p w14:paraId="684371F7" w14:textId="77777777" w:rsidR="00C60B95" w:rsidRDefault="00C60B95">
            <w:r>
              <w:t xml:space="preserve">When staffing, supplies, premises or transport cannot support the full </w:t>
            </w:r>
            <w:proofErr w:type="gramStart"/>
            <w:r>
              <w:t>menu</w:t>
            </w:r>
            <w:proofErr w:type="gramEnd"/>
            <w:r>
              <w:t xml:space="preserve"> but the community lunch minimum service remains safe.</w:t>
            </w:r>
          </w:p>
        </w:tc>
      </w:tr>
      <w:tr w:rsidR="00C60B95" w14:paraId="036A1BFF" w14:textId="77777777">
        <w:tc>
          <w:tcPr>
            <w:tcW w:w="0" w:type="auto"/>
            <w:shd w:val="clear" w:color="auto" w:fill="F3F7FA"/>
            <w:hideMark/>
          </w:tcPr>
          <w:p w14:paraId="5F65100A" w14:textId="77777777" w:rsidR="00C60B95" w:rsidRDefault="00C60B95">
            <w:r>
              <w:t>When to close temporarily</w:t>
            </w:r>
          </w:p>
        </w:tc>
        <w:tc>
          <w:tcPr>
            <w:tcW w:w="0" w:type="auto"/>
            <w:shd w:val="clear" w:color="auto" w:fill="F3F7FA"/>
            <w:hideMark/>
          </w:tcPr>
          <w:p w14:paraId="43252786" w14:textId="77777777" w:rsidR="00C60B95" w:rsidRDefault="00C60B95">
            <w:r>
              <w:t>Any uncontrolled life-safety, food-safety, water, power, structural, cyber or staffing risk; or when safe legal operation cannot be evidenced.</w:t>
            </w:r>
          </w:p>
        </w:tc>
      </w:tr>
      <w:tr w:rsidR="00C60B95" w14:paraId="7CA4F9E3" w14:textId="77777777">
        <w:tc>
          <w:tcPr>
            <w:tcW w:w="0" w:type="auto"/>
            <w:hideMark/>
          </w:tcPr>
          <w:p w14:paraId="18C0B0B9" w14:textId="77777777" w:rsidR="00C60B95" w:rsidRDefault="00C60B95">
            <w:r>
              <w:t>Evidence required before reopening</w:t>
            </w:r>
          </w:p>
        </w:tc>
        <w:tc>
          <w:tcPr>
            <w:tcW w:w="0" w:type="auto"/>
            <w:hideMark/>
          </w:tcPr>
          <w:p w14:paraId="33486DB1" w14:textId="77777777" w:rsidR="00C60B95" w:rsidRDefault="00C60B95">
            <w:r>
              <w:t>Premises and utilities declared safe; food temperatures and hygiene controls checked; trusted IT and records available; minimum trained staffing and supplies confirmed.</w:t>
            </w:r>
          </w:p>
        </w:tc>
      </w:tr>
      <w:tr w:rsidR="00C60B95" w14:paraId="51B15B55" w14:textId="77777777">
        <w:tc>
          <w:tcPr>
            <w:tcW w:w="0" w:type="auto"/>
            <w:shd w:val="clear" w:color="auto" w:fill="F3F7FA"/>
            <w:hideMark/>
          </w:tcPr>
          <w:p w14:paraId="60136A74" w14:textId="77777777" w:rsidR="00C60B95" w:rsidRDefault="00C60B95">
            <w:r>
              <w:t>Restrictions and next review</w:t>
            </w:r>
          </w:p>
        </w:tc>
        <w:tc>
          <w:tcPr>
            <w:tcW w:w="0" w:type="auto"/>
            <w:shd w:val="clear" w:color="auto" w:fill="F3F7FA"/>
            <w:hideMark/>
          </w:tcPr>
          <w:p w14:paraId="63E7E10B" w14:textId="77777777" w:rsidR="00C60B95" w:rsidRDefault="00C60B95">
            <w:r>
              <w:t>Reopen with a reduced menu and monitored controls if needed. Incident lead reviews after two hours, at close of day and each morning until normal service resumes.</w:t>
            </w:r>
          </w:p>
        </w:tc>
      </w:tr>
    </w:tbl>
    <w:p w14:paraId="0E27B00A" w14:textId="77777777" w:rsidR="00C224C1" w:rsidRDefault="00C224C1">
      <w:pPr>
        <w:spacing w:after="20"/>
      </w:pPr>
    </w:p>
    <w:p w14:paraId="120D7C46" w14:textId="77777777" w:rsidR="00C224C1" w:rsidRDefault="0022438E">
      <w:pPr>
        <w:pStyle w:val="Heading1"/>
      </w:pPr>
      <w:r>
        <w:t>Incident log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3432"/>
        <w:gridCol w:w="3324"/>
        <w:gridCol w:w="1297"/>
        <w:gridCol w:w="1267"/>
      </w:tblGrid>
      <w:tr w:rsidR="00CC601D" w14:paraId="0DD2419E" w14:textId="77777777">
        <w:tc>
          <w:tcPr>
            <w:tcW w:w="0" w:type="auto"/>
            <w:shd w:val="clear" w:color="auto" w:fill="156082"/>
            <w:hideMark/>
          </w:tcPr>
          <w:p w14:paraId="512CDA92" w14:textId="77777777" w:rsidR="00CC601D" w:rsidRDefault="00CC601D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Date / time</w:t>
            </w:r>
          </w:p>
        </w:tc>
        <w:tc>
          <w:tcPr>
            <w:tcW w:w="0" w:type="auto"/>
            <w:shd w:val="clear" w:color="auto" w:fill="156082"/>
            <w:hideMark/>
          </w:tcPr>
          <w:p w14:paraId="40C9EEC0" w14:textId="77777777" w:rsidR="00CC601D" w:rsidRDefault="00CC601D">
            <w:r>
              <w:rPr>
                <w:b/>
                <w:bCs/>
              </w:rPr>
              <w:t>Information / source</w:t>
            </w:r>
          </w:p>
        </w:tc>
        <w:tc>
          <w:tcPr>
            <w:tcW w:w="0" w:type="auto"/>
            <w:shd w:val="clear" w:color="auto" w:fill="156082"/>
            <w:hideMark/>
          </w:tcPr>
          <w:p w14:paraId="1DD9222E" w14:textId="77777777" w:rsidR="00CC601D" w:rsidRDefault="00CC601D">
            <w:r>
              <w:rPr>
                <w:b/>
                <w:bCs/>
              </w:rPr>
              <w:t>Decision / action</w:t>
            </w:r>
          </w:p>
        </w:tc>
        <w:tc>
          <w:tcPr>
            <w:tcW w:w="0" w:type="auto"/>
            <w:shd w:val="clear" w:color="auto" w:fill="156082"/>
            <w:hideMark/>
          </w:tcPr>
          <w:p w14:paraId="2E00FDCD" w14:textId="77777777" w:rsidR="00CC601D" w:rsidRDefault="00CC601D">
            <w:r>
              <w:rPr>
                <w:b/>
                <w:bCs/>
              </w:rPr>
              <w:t>Owner</w:t>
            </w:r>
          </w:p>
        </w:tc>
        <w:tc>
          <w:tcPr>
            <w:tcW w:w="0" w:type="auto"/>
            <w:shd w:val="clear" w:color="auto" w:fill="156082"/>
            <w:hideMark/>
          </w:tcPr>
          <w:p w14:paraId="77157910" w14:textId="77777777" w:rsidR="00CC601D" w:rsidRDefault="00CC601D">
            <w:r>
              <w:rPr>
                <w:b/>
                <w:bCs/>
              </w:rPr>
              <w:t>Status</w:t>
            </w:r>
          </w:p>
        </w:tc>
      </w:tr>
      <w:tr w:rsidR="00CC601D" w14:paraId="5A31212A" w14:textId="77777777">
        <w:tc>
          <w:tcPr>
            <w:tcW w:w="0" w:type="auto"/>
            <w:hideMark/>
          </w:tcPr>
          <w:p w14:paraId="562C05F7" w14:textId="77777777" w:rsidR="00CC601D" w:rsidRDefault="00CC601D">
            <w:r>
              <w:t>14 Sep 2026, 07:10</w:t>
            </w:r>
          </w:p>
        </w:tc>
        <w:tc>
          <w:tcPr>
            <w:tcW w:w="0" w:type="auto"/>
            <w:hideMark/>
          </w:tcPr>
          <w:p w14:paraId="71EDBE14" w14:textId="77777777" w:rsidR="00CC601D" w:rsidRDefault="00CC601D">
            <w:r>
              <w:t>Duty manager reports no power at café; landlord estimates at least six hours.</w:t>
            </w:r>
          </w:p>
        </w:tc>
        <w:tc>
          <w:tcPr>
            <w:tcW w:w="0" w:type="auto"/>
            <w:hideMark/>
          </w:tcPr>
          <w:p w14:paraId="48A1EDF1" w14:textId="77777777" w:rsidR="00CC601D" w:rsidRDefault="00CC601D">
            <w:r>
              <w:t>Evacuate non-essential staff, protect chilled stock and activate BC plan.</w:t>
            </w:r>
          </w:p>
        </w:tc>
        <w:tc>
          <w:tcPr>
            <w:tcW w:w="0" w:type="auto"/>
            <w:hideMark/>
          </w:tcPr>
          <w:p w14:paraId="073206F4" w14:textId="77777777" w:rsidR="00CC601D" w:rsidRDefault="00CC601D">
            <w:r>
              <w:t>Alex Morgan</w:t>
            </w:r>
          </w:p>
        </w:tc>
        <w:tc>
          <w:tcPr>
            <w:tcW w:w="0" w:type="auto"/>
            <w:hideMark/>
          </w:tcPr>
          <w:p w14:paraId="25416E4C" w14:textId="77777777" w:rsidR="00CC601D" w:rsidRDefault="00CC601D">
            <w:r>
              <w:t>Complete 07:20</w:t>
            </w:r>
          </w:p>
        </w:tc>
      </w:tr>
      <w:tr w:rsidR="00CC601D" w14:paraId="058E3FF6" w14:textId="77777777">
        <w:tc>
          <w:tcPr>
            <w:tcW w:w="0" w:type="auto"/>
            <w:shd w:val="clear" w:color="auto" w:fill="F3F7FA"/>
            <w:hideMark/>
          </w:tcPr>
          <w:p w14:paraId="29D23402" w14:textId="77777777" w:rsidR="00CC601D" w:rsidRDefault="00CC601D">
            <w:r>
              <w:t>14 Sep 2026, 07:25</w:t>
            </w:r>
          </w:p>
        </w:tc>
        <w:tc>
          <w:tcPr>
            <w:tcW w:w="0" w:type="auto"/>
            <w:shd w:val="clear" w:color="auto" w:fill="F3F7FA"/>
            <w:hideMark/>
          </w:tcPr>
          <w:p w14:paraId="0021EBD9" w14:textId="77777777" w:rsidR="00CC601D" w:rsidRDefault="00CC601D">
            <w:r>
              <w:t>Community-</w:t>
            </w:r>
            <w:proofErr w:type="spellStart"/>
            <w:r>
              <w:t>centre</w:t>
            </w:r>
            <w:proofErr w:type="spellEnd"/>
            <w:r>
              <w:t xml:space="preserve"> kitchen </w:t>
            </w:r>
            <w:proofErr w:type="gramStart"/>
            <w:r>
              <w:t>available</w:t>
            </w:r>
            <w:proofErr w:type="gramEnd"/>
            <w:r>
              <w:t xml:space="preserve"> from 08:00.</w:t>
            </w:r>
          </w:p>
        </w:tc>
        <w:tc>
          <w:tcPr>
            <w:tcW w:w="0" w:type="auto"/>
            <w:shd w:val="clear" w:color="auto" w:fill="F3F7FA"/>
            <w:hideMark/>
          </w:tcPr>
          <w:p w14:paraId="3061A35F" w14:textId="77777777" w:rsidR="00CC601D" w:rsidRDefault="00CC601D">
            <w:r>
              <w:t>Move lunch preparation; Head Chef to complete pre-use safety check.</w:t>
            </w:r>
          </w:p>
        </w:tc>
        <w:tc>
          <w:tcPr>
            <w:tcW w:w="0" w:type="auto"/>
            <w:shd w:val="clear" w:color="auto" w:fill="F3F7FA"/>
            <w:hideMark/>
          </w:tcPr>
          <w:p w14:paraId="2CC54E8D" w14:textId="77777777" w:rsidR="00CC601D" w:rsidRDefault="00CC601D">
            <w:r>
              <w:t>Jamie Reed</w:t>
            </w:r>
          </w:p>
        </w:tc>
        <w:tc>
          <w:tcPr>
            <w:tcW w:w="0" w:type="auto"/>
            <w:shd w:val="clear" w:color="auto" w:fill="F3F7FA"/>
            <w:hideMark/>
          </w:tcPr>
          <w:p w14:paraId="286353B0" w14:textId="77777777" w:rsidR="00CC601D" w:rsidRDefault="00CC601D">
            <w:r>
              <w:t>In progress</w:t>
            </w:r>
          </w:p>
        </w:tc>
      </w:tr>
      <w:tr w:rsidR="00CC601D" w14:paraId="2B3E6807" w14:textId="77777777">
        <w:tc>
          <w:tcPr>
            <w:tcW w:w="0" w:type="auto"/>
            <w:hideMark/>
          </w:tcPr>
          <w:p w14:paraId="3D387C9C" w14:textId="77777777" w:rsidR="00CC601D" w:rsidRDefault="00CC601D">
            <w:r>
              <w:t xml:space="preserve">14 Sep 2026, </w:t>
            </w:r>
            <w:r>
              <w:lastRenderedPageBreak/>
              <w:t>07:40</w:t>
            </w:r>
          </w:p>
        </w:tc>
        <w:tc>
          <w:tcPr>
            <w:tcW w:w="0" w:type="auto"/>
            <w:hideMark/>
          </w:tcPr>
          <w:p w14:paraId="3B114803" w14:textId="77777777" w:rsidR="00CC601D" w:rsidRDefault="00CC601D">
            <w:r>
              <w:lastRenderedPageBreak/>
              <w:t>Offline delivery and dietary list verified as current.</w:t>
            </w:r>
          </w:p>
        </w:tc>
        <w:tc>
          <w:tcPr>
            <w:tcW w:w="0" w:type="auto"/>
            <w:hideMark/>
          </w:tcPr>
          <w:p w14:paraId="21045EAD" w14:textId="77777777" w:rsidR="00CC601D" w:rsidRDefault="00CC601D">
            <w:r>
              <w:t>Use offline list; phone customers if delivery is expected after 13:30.</w:t>
            </w:r>
          </w:p>
        </w:tc>
        <w:tc>
          <w:tcPr>
            <w:tcW w:w="0" w:type="auto"/>
            <w:hideMark/>
          </w:tcPr>
          <w:p w14:paraId="3FB0E68B" w14:textId="77777777" w:rsidR="00CC601D" w:rsidRDefault="00CC601D">
            <w:r>
              <w:t>Shift Supervisor</w:t>
            </w:r>
          </w:p>
        </w:tc>
        <w:tc>
          <w:tcPr>
            <w:tcW w:w="0" w:type="auto"/>
            <w:hideMark/>
          </w:tcPr>
          <w:p w14:paraId="00893838" w14:textId="77777777" w:rsidR="00CC601D" w:rsidRDefault="00CC601D">
            <w:r>
              <w:t>Complete 07:50</w:t>
            </w:r>
          </w:p>
        </w:tc>
      </w:tr>
      <w:tr w:rsidR="00CC601D" w14:paraId="08E3A6D6" w14:textId="77777777">
        <w:tc>
          <w:tcPr>
            <w:tcW w:w="0" w:type="auto"/>
            <w:shd w:val="clear" w:color="auto" w:fill="F3F7FA"/>
            <w:hideMark/>
          </w:tcPr>
          <w:p w14:paraId="1429AA6A" w14:textId="77777777" w:rsidR="00CC601D" w:rsidRDefault="00CC601D">
            <w:r>
              <w:t>14 Sep 2026, 08:05</w:t>
            </w:r>
          </w:p>
        </w:tc>
        <w:tc>
          <w:tcPr>
            <w:tcW w:w="0" w:type="auto"/>
            <w:shd w:val="clear" w:color="auto" w:fill="F3F7FA"/>
            <w:hideMark/>
          </w:tcPr>
          <w:p w14:paraId="1D7B69A2" w14:textId="77777777" w:rsidR="00CC601D" w:rsidRDefault="00CC601D">
            <w:r>
              <w:t>One normal driver unavailable.</w:t>
            </w:r>
          </w:p>
        </w:tc>
        <w:tc>
          <w:tcPr>
            <w:tcW w:w="0" w:type="auto"/>
            <w:shd w:val="clear" w:color="auto" w:fill="F3F7FA"/>
            <w:hideMark/>
          </w:tcPr>
          <w:p w14:paraId="229021C4" w14:textId="77777777" w:rsidR="00CC601D" w:rsidRDefault="00CC601D">
            <w:r>
              <w:t xml:space="preserve">Approve insured staff </w:t>
            </w:r>
            <w:proofErr w:type="gramStart"/>
            <w:r>
              <w:t>vehicle</w:t>
            </w:r>
            <w:proofErr w:type="gramEnd"/>
            <w:r>
              <w:t xml:space="preserve"> and split </w:t>
            </w:r>
            <w:proofErr w:type="gramStart"/>
            <w:r>
              <w:t>route</w:t>
            </w:r>
            <w:proofErr w:type="gramEnd"/>
            <w:r>
              <w:t>; retain food temperature checks.</w:t>
            </w:r>
          </w:p>
        </w:tc>
        <w:tc>
          <w:tcPr>
            <w:tcW w:w="0" w:type="auto"/>
            <w:shd w:val="clear" w:color="auto" w:fill="F3F7FA"/>
            <w:hideMark/>
          </w:tcPr>
          <w:p w14:paraId="0E6C16FD" w14:textId="77777777" w:rsidR="00CC601D" w:rsidRDefault="00CC601D">
            <w:r>
              <w:t>Alex Morgan</w:t>
            </w:r>
          </w:p>
        </w:tc>
        <w:tc>
          <w:tcPr>
            <w:tcW w:w="0" w:type="auto"/>
            <w:shd w:val="clear" w:color="auto" w:fill="F3F7FA"/>
            <w:hideMark/>
          </w:tcPr>
          <w:p w14:paraId="63BA9B46" w14:textId="77777777" w:rsidR="00CC601D" w:rsidRDefault="00CC601D">
            <w:r>
              <w:t>Complete 08:20</w:t>
            </w:r>
          </w:p>
        </w:tc>
      </w:tr>
      <w:tr w:rsidR="00CC601D" w14:paraId="1E4E1799" w14:textId="77777777">
        <w:tc>
          <w:tcPr>
            <w:tcW w:w="0" w:type="auto"/>
            <w:hideMark/>
          </w:tcPr>
          <w:p w14:paraId="208405CF" w14:textId="77777777" w:rsidR="00CC601D" w:rsidRDefault="00CC601D">
            <w:r>
              <w:t>14 Sep 2026, 09:00</w:t>
            </w:r>
          </w:p>
        </w:tc>
        <w:tc>
          <w:tcPr>
            <w:tcW w:w="0" w:type="auto"/>
            <w:hideMark/>
          </w:tcPr>
          <w:p w14:paraId="03DF942B" w14:textId="77777777" w:rsidR="00CC601D" w:rsidRDefault="00CC601D">
            <w:r>
              <w:t>Commissioner informed; minimum service achievable.</w:t>
            </w:r>
          </w:p>
        </w:tc>
        <w:tc>
          <w:tcPr>
            <w:tcW w:w="0" w:type="auto"/>
            <w:hideMark/>
          </w:tcPr>
          <w:p w14:paraId="3343F16A" w14:textId="77777777" w:rsidR="00CC601D" w:rsidRDefault="00CC601D">
            <w:r>
              <w:t>Continue workaround and provide next update at 12:00.</w:t>
            </w:r>
          </w:p>
        </w:tc>
        <w:tc>
          <w:tcPr>
            <w:tcW w:w="0" w:type="auto"/>
            <w:hideMark/>
          </w:tcPr>
          <w:p w14:paraId="50914766" w14:textId="77777777" w:rsidR="00CC601D" w:rsidRDefault="00CC601D">
            <w:r>
              <w:t>Alex Morgan</w:t>
            </w:r>
          </w:p>
        </w:tc>
        <w:tc>
          <w:tcPr>
            <w:tcW w:w="0" w:type="auto"/>
            <w:hideMark/>
          </w:tcPr>
          <w:p w14:paraId="706CF05D" w14:textId="77777777" w:rsidR="00CC601D" w:rsidRDefault="00CC601D">
            <w:r>
              <w:t>Open</w:t>
            </w:r>
          </w:p>
        </w:tc>
      </w:tr>
    </w:tbl>
    <w:p w14:paraId="60061E4C" w14:textId="77777777" w:rsidR="00C224C1" w:rsidRDefault="00C224C1">
      <w:pPr>
        <w:spacing w:after="20"/>
      </w:pPr>
    </w:p>
    <w:p w14:paraId="1DA17464" w14:textId="77777777" w:rsidR="00C224C1" w:rsidRDefault="0022438E">
      <w:pPr>
        <w:pStyle w:val="Heading1"/>
      </w:pPr>
      <w:r>
        <w:t>Stand-down and lessons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3"/>
        <w:gridCol w:w="8217"/>
      </w:tblGrid>
      <w:tr w:rsidR="000A6F96" w14:paraId="5D0D12F6" w14:textId="77777777">
        <w:tc>
          <w:tcPr>
            <w:tcW w:w="0" w:type="auto"/>
            <w:shd w:val="clear" w:color="auto" w:fill="156082"/>
            <w:hideMark/>
          </w:tcPr>
          <w:p w14:paraId="1AB9AC8C" w14:textId="77777777" w:rsidR="000A6F96" w:rsidRDefault="000A6F96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Record</w:t>
            </w:r>
          </w:p>
        </w:tc>
        <w:tc>
          <w:tcPr>
            <w:tcW w:w="0" w:type="auto"/>
            <w:shd w:val="clear" w:color="auto" w:fill="156082"/>
            <w:hideMark/>
          </w:tcPr>
          <w:p w14:paraId="601D3F2A" w14:textId="77777777" w:rsidR="000A6F96" w:rsidRDefault="000A6F96">
            <w:r>
              <w:rPr>
                <w:b/>
                <w:bCs/>
              </w:rPr>
              <w:t>Detail</w:t>
            </w:r>
          </w:p>
        </w:tc>
      </w:tr>
      <w:tr w:rsidR="000A6F96" w14:paraId="0C96597E" w14:textId="77777777">
        <w:tc>
          <w:tcPr>
            <w:tcW w:w="0" w:type="auto"/>
            <w:hideMark/>
          </w:tcPr>
          <w:p w14:paraId="599D4600" w14:textId="77777777" w:rsidR="000A6F96" w:rsidRDefault="000A6F96">
            <w:r>
              <w:t xml:space="preserve">Stand-down </w:t>
            </w:r>
            <w:proofErr w:type="spellStart"/>
            <w:r>
              <w:t>authorised</w:t>
            </w:r>
            <w:proofErr w:type="spellEnd"/>
            <w:r>
              <w:t xml:space="preserve"> by</w:t>
            </w:r>
          </w:p>
        </w:tc>
        <w:tc>
          <w:tcPr>
            <w:tcW w:w="0" w:type="auto"/>
            <w:hideMark/>
          </w:tcPr>
          <w:p w14:paraId="019357A7" w14:textId="77777777" w:rsidR="000A6F96" w:rsidRDefault="000A6F96">
            <w:r>
              <w:t>Alex Morgan, Business Manager, following confirmation of stable power and safe kitchen checks.</w:t>
            </w:r>
          </w:p>
        </w:tc>
      </w:tr>
      <w:tr w:rsidR="000A6F96" w14:paraId="32243558" w14:textId="77777777">
        <w:tc>
          <w:tcPr>
            <w:tcW w:w="0" w:type="auto"/>
            <w:shd w:val="clear" w:color="auto" w:fill="F3F7FA"/>
            <w:hideMark/>
          </w:tcPr>
          <w:p w14:paraId="7EF3F69C" w14:textId="77777777" w:rsidR="000A6F96" w:rsidRDefault="000A6F96">
            <w:r>
              <w:t>Date and time</w:t>
            </w:r>
          </w:p>
        </w:tc>
        <w:tc>
          <w:tcPr>
            <w:tcW w:w="0" w:type="auto"/>
            <w:shd w:val="clear" w:color="auto" w:fill="F3F7FA"/>
            <w:hideMark/>
          </w:tcPr>
          <w:p w14:paraId="7048C115" w14:textId="77777777" w:rsidR="000A6F96" w:rsidRDefault="000A6F96">
            <w:r>
              <w:t>14 September 2026, 16:30</w:t>
            </w:r>
          </w:p>
        </w:tc>
      </w:tr>
      <w:tr w:rsidR="000A6F96" w14:paraId="5345F727" w14:textId="77777777">
        <w:tc>
          <w:tcPr>
            <w:tcW w:w="0" w:type="auto"/>
            <w:hideMark/>
          </w:tcPr>
          <w:p w14:paraId="321F4E68" w14:textId="77777777" w:rsidR="000A6F96" w:rsidRDefault="000A6F96">
            <w:r>
              <w:t>Temporary arrangements retained</w:t>
            </w:r>
          </w:p>
        </w:tc>
        <w:tc>
          <w:tcPr>
            <w:tcW w:w="0" w:type="auto"/>
            <w:hideMark/>
          </w:tcPr>
          <w:p w14:paraId="760FB2A9" w14:textId="77777777" w:rsidR="000A6F96" w:rsidRDefault="000A6F96">
            <w:r>
              <w:t>Offline essential-record export retained; second delivery vehicle on standby for the following morning.</w:t>
            </w:r>
          </w:p>
        </w:tc>
      </w:tr>
      <w:tr w:rsidR="000A6F96" w14:paraId="2869300B" w14:textId="77777777">
        <w:tc>
          <w:tcPr>
            <w:tcW w:w="0" w:type="auto"/>
            <w:shd w:val="clear" w:color="auto" w:fill="F3F7FA"/>
            <w:hideMark/>
          </w:tcPr>
          <w:p w14:paraId="3E277374" w14:textId="77777777" w:rsidR="000A6F96" w:rsidRDefault="000A6F96">
            <w:r>
              <w:t>Debrief date</w:t>
            </w:r>
          </w:p>
        </w:tc>
        <w:tc>
          <w:tcPr>
            <w:tcW w:w="0" w:type="auto"/>
            <w:shd w:val="clear" w:color="auto" w:fill="F3F7FA"/>
            <w:hideMark/>
          </w:tcPr>
          <w:p w14:paraId="0A84EC48" w14:textId="77777777" w:rsidR="000A6F96" w:rsidRDefault="000A6F96">
            <w:r>
              <w:t>17 September 2026, 10:00</w:t>
            </w:r>
          </w:p>
        </w:tc>
      </w:tr>
      <w:tr w:rsidR="000A6F96" w14:paraId="479FD1CF" w14:textId="77777777">
        <w:tc>
          <w:tcPr>
            <w:tcW w:w="0" w:type="auto"/>
            <w:hideMark/>
          </w:tcPr>
          <w:p w14:paraId="6664DE13" w14:textId="77777777" w:rsidR="000A6F96" w:rsidRDefault="000A6F96">
            <w:r>
              <w:t>What worked well</w:t>
            </w:r>
          </w:p>
        </w:tc>
        <w:tc>
          <w:tcPr>
            <w:tcW w:w="0" w:type="auto"/>
            <w:hideMark/>
          </w:tcPr>
          <w:p w14:paraId="46A87510" w14:textId="77777777" w:rsidR="000A6F96" w:rsidRDefault="000A6F96">
            <w:r>
              <w:t>Early activation, verified offline records, rapid access to the alternative kitchen and clear commissioner updates protected the lunch service.</w:t>
            </w:r>
          </w:p>
        </w:tc>
      </w:tr>
      <w:tr w:rsidR="000A6F96" w14:paraId="1BB7354C" w14:textId="77777777">
        <w:tc>
          <w:tcPr>
            <w:tcW w:w="0" w:type="auto"/>
            <w:shd w:val="clear" w:color="auto" w:fill="F3F7FA"/>
            <w:hideMark/>
          </w:tcPr>
          <w:p w14:paraId="5940DAB9" w14:textId="77777777" w:rsidR="000A6F96" w:rsidRDefault="000A6F96">
            <w:r>
              <w:t>Lessons / improvements</w:t>
            </w:r>
          </w:p>
        </w:tc>
        <w:tc>
          <w:tcPr>
            <w:tcW w:w="0" w:type="auto"/>
            <w:shd w:val="clear" w:color="auto" w:fill="F3F7FA"/>
            <w:hideMark/>
          </w:tcPr>
          <w:p w14:paraId="2813D3F5" w14:textId="77777777" w:rsidR="000A6F96" w:rsidRDefault="000A6F96">
            <w:r>
              <w:t>The alternative-kitchen agreement needs final signature; more staff need dietary-control training; the secondary supplier and courier should be exercised together.</w:t>
            </w:r>
          </w:p>
        </w:tc>
      </w:tr>
      <w:tr w:rsidR="000A6F96" w14:paraId="3B476BED" w14:textId="77777777">
        <w:tc>
          <w:tcPr>
            <w:tcW w:w="0" w:type="auto"/>
            <w:hideMark/>
          </w:tcPr>
          <w:p w14:paraId="5E846F89" w14:textId="77777777" w:rsidR="000A6F96" w:rsidRDefault="000A6F96">
            <w:r>
              <w:t>Actions, owners and target dates</w:t>
            </w:r>
          </w:p>
        </w:tc>
        <w:tc>
          <w:tcPr>
            <w:tcW w:w="0" w:type="auto"/>
            <w:hideMark/>
          </w:tcPr>
          <w:p w14:paraId="19B7CD30" w14:textId="77777777" w:rsidR="000A6F96" w:rsidRDefault="000A6F96">
            <w:proofErr w:type="spellStart"/>
            <w:r>
              <w:t>Finalise</w:t>
            </w:r>
            <w:proofErr w:type="spellEnd"/>
            <w:r>
              <w:t xml:space="preserve"> kitchen agreement—Alex Morgan—15 October 2026. </w:t>
            </w:r>
            <w:proofErr w:type="gramStart"/>
            <w:r>
              <w:t>Cross-train</w:t>
            </w:r>
            <w:proofErr w:type="gramEnd"/>
            <w:r>
              <w:t xml:space="preserve"> deputy chef—Jamie Reed—30 September 2026. Run loss-of-kitchen exercise—Shift Supervisor—30 November 2026.</w:t>
            </w:r>
          </w:p>
        </w:tc>
      </w:tr>
      <w:tr w:rsidR="000A6F96" w14:paraId="088D7717" w14:textId="77777777">
        <w:tc>
          <w:tcPr>
            <w:tcW w:w="0" w:type="auto"/>
            <w:shd w:val="clear" w:color="auto" w:fill="F3F7FA"/>
            <w:hideMark/>
          </w:tcPr>
          <w:p w14:paraId="3E04337F" w14:textId="77777777" w:rsidR="000A6F96" w:rsidRDefault="000A6F96">
            <w:r>
              <w:t>Plans and contacts updated</w:t>
            </w:r>
          </w:p>
        </w:tc>
        <w:tc>
          <w:tcPr>
            <w:tcW w:w="0" w:type="auto"/>
            <w:shd w:val="clear" w:color="auto" w:fill="F3F7FA"/>
            <w:hideMark/>
          </w:tcPr>
          <w:p w14:paraId="42386528" w14:textId="77777777" w:rsidR="000A6F96" w:rsidRDefault="000A6F96">
            <w:r>
              <w:t>Update contact list, vehicle details and alternative-kitchen checklist by 25 September 2026; issue version 1.1 after approval.</w:t>
            </w:r>
          </w:p>
        </w:tc>
      </w:tr>
    </w:tbl>
    <w:p w14:paraId="44EAFD9C" w14:textId="77777777" w:rsidR="00C224C1" w:rsidRDefault="00C224C1">
      <w:pPr>
        <w:spacing w:after="20"/>
      </w:pPr>
    </w:p>
    <w:sectPr w:rsidR="00C224C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439CB" w14:textId="77777777" w:rsidR="0022438E" w:rsidRDefault="0022438E">
      <w:pPr>
        <w:spacing w:after="0" w:line="240" w:lineRule="auto"/>
      </w:pPr>
      <w:r>
        <w:separator/>
      </w:r>
    </w:p>
  </w:endnote>
  <w:endnote w:type="continuationSeparator" w:id="0">
    <w:p w14:paraId="5F8F736F" w14:textId="77777777" w:rsidR="0022438E" w:rsidRDefault="00224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C90D3" w14:textId="77777777" w:rsidR="001F33F7" w:rsidRDefault="001F33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76BF" w14:textId="3FDD0EDA" w:rsidR="00C224C1" w:rsidRDefault="0022438E">
    <w:pPr>
      <w:pStyle w:val="Footer"/>
      <w:jc w:val="center"/>
    </w:pPr>
    <w:r>
      <w:rPr>
        <w:color w:val="666666"/>
        <w:sz w:val="16"/>
      </w:rPr>
      <w:t xml:space="preserve">Practical resilience template | Review and adapt locally | </w:t>
    </w:r>
    <w:r>
      <w:fldChar w:fldCharType="begin"/>
    </w:r>
    <w:r>
      <w:instrText>PAGE</w:instrText>
    </w:r>
    <w:r>
      <w:fldChar w:fldCharType="separate"/>
    </w:r>
    <w:r w:rsidR="001F33F7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C3584" w14:textId="77777777" w:rsidR="001F33F7" w:rsidRDefault="001F33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81B3E" w14:textId="77777777" w:rsidR="0022438E" w:rsidRDefault="0022438E">
      <w:pPr>
        <w:spacing w:after="0" w:line="240" w:lineRule="auto"/>
      </w:pPr>
      <w:r>
        <w:separator/>
      </w:r>
    </w:p>
  </w:footnote>
  <w:footnote w:type="continuationSeparator" w:id="0">
    <w:p w14:paraId="3883097E" w14:textId="77777777" w:rsidR="0022438E" w:rsidRDefault="00224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DB95A" w14:textId="77777777" w:rsidR="001F33F7" w:rsidRDefault="001F33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7B58" w14:textId="0D7108CF" w:rsidR="16FA3212" w:rsidRDefault="16FA3212" w:rsidP="16FA3212">
    <w:pPr>
      <w:pStyle w:val="Header"/>
      <w:jc w:val="right"/>
    </w:pPr>
    <w:r w:rsidRPr="16FA3212">
      <w:rPr>
        <w:rFonts w:eastAsia="Aptos" w:cs="Aptos"/>
        <w:color w:val="156082"/>
        <w:sz w:val="16"/>
        <w:szCs w:val="16"/>
      </w:rPr>
      <w:t>Business Continuity Toolkit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64F1" w14:textId="77777777" w:rsidR="001F33F7" w:rsidRDefault="001F33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2647185">
    <w:abstractNumId w:val="8"/>
  </w:num>
  <w:num w:numId="2" w16cid:durableId="1153136883">
    <w:abstractNumId w:val="6"/>
  </w:num>
  <w:num w:numId="3" w16cid:durableId="757363045">
    <w:abstractNumId w:val="5"/>
  </w:num>
  <w:num w:numId="4" w16cid:durableId="208883902">
    <w:abstractNumId w:val="4"/>
  </w:num>
  <w:num w:numId="5" w16cid:durableId="2090611360">
    <w:abstractNumId w:val="7"/>
  </w:num>
  <w:num w:numId="6" w16cid:durableId="642319575">
    <w:abstractNumId w:val="3"/>
  </w:num>
  <w:num w:numId="7" w16cid:durableId="2108109382">
    <w:abstractNumId w:val="2"/>
  </w:num>
  <w:num w:numId="8" w16cid:durableId="1797869755">
    <w:abstractNumId w:val="1"/>
  </w:num>
  <w:num w:numId="9" w16cid:durableId="966811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F96"/>
    <w:rsid w:val="0015074B"/>
    <w:rsid w:val="001F33F7"/>
    <w:rsid w:val="0022438E"/>
    <w:rsid w:val="0029639D"/>
    <w:rsid w:val="00326F90"/>
    <w:rsid w:val="004C492C"/>
    <w:rsid w:val="00556F44"/>
    <w:rsid w:val="00820994"/>
    <w:rsid w:val="008D14DA"/>
    <w:rsid w:val="009D5191"/>
    <w:rsid w:val="00A13584"/>
    <w:rsid w:val="00AA1D8D"/>
    <w:rsid w:val="00B47730"/>
    <w:rsid w:val="00C224C1"/>
    <w:rsid w:val="00C60B95"/>
    <w:rsid w:val="00CB0664"/>
    <w:rsid w:val="00CC601D"/>
    <w:rsid w:val="00EA42C9"/>
    <w:rsid w:val="00F01BF2"/>
    <w:rsid w:val="00FC693F"/>
    <w:rsid w:val="00FE172C"/>
    <w:rsid w:val="16FA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091EA62-287D-40DD-9A84-3818FB7A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F1F1F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5608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5608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66666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2046</Words>
  <Characters>11668</Characters>
  <Application>Microsoft Office Word</Application>
  <DocSecurity>4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Muncaster (JEPU)</dc:creator>
  <cp:keywords/>
  <dc:description>generated by python-docx</dc:description>
  <cp:lastModifiedBy>Gill Muncaster (JEPU)</cp:lastModifiedBy>
  <cp:revision>2</cp:revision>
  <dcterms:created xsi:type="dcterms:W3CDTF">2026-09-14T15:27:00Z</dcterms:created>
  <dcterms:modified xsi:type="dcterms:W3CDTF">2026-09-14T15:27:00Z</dcterms:modified>
  <cp:category/>
</cp:coreProperties>
</file>