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99D4D" w14:textId="19B3DD15" w:rsidR="4D29D007" w:rsidRDefault="4D29D007" w:rsidP="4D29D007">
      <w:pPr>
        <w:jc w:val="center"/>
      </w:pPr>
      <w:r w:rsidRPr="4D29D007">
        <w:rPr>
          <w:b/>
          <w:bCs/>
          <w:color w:val="156082"/>
          <w:szCs w:val="20"/>
        </w:rPr>
        <w:t>SME BUSINESS CONTINUITY TOOLKIT</w:t>
      </w:r>
    </w:p>
    <w:p w14:paraId="49B5BF0C" w14:textId="77777777" w:rsidR="00CA609D" w:rsidRDefault="006A721B">
      <w:pPr>
        <w:pStyle w:val="Title"/>
        <w:jc w:val="center"/>
      </w:pPr>
      <w:r>
        <w:t>Building Emergency and Business Continuity Plan</w:t>
      </w:r>
    </w:p>
    <w:p w14:paraId="75AB28E5" w14:textId="77777777" w:rsidR="00CA609D" w:rsidRDefault="00847250">
      <w:pPr>
        <w:jc w:val="center"/>
      </w:pPr>
      <w:proofErr w:type="gramStart"/>
      <w:r>
        <w:rPr>
          <w:i/>
          <w:iCs/>
          <w:color w:val="666666"/>
          <w:sz w:val="24"/>
          <w:szCs w:val="24"/>
        </w:rPr>
        <w:t>Worked</w:t>
      </w:r>
      <w:proofErr w:type="gramEnd"/>
      <w:r>
        <w:rPr>
          <w:i/>
          <w:iCs/>
          <w:color w:val="666666"/>
          <w:sz w:val="24"/>
          <w:szCs w:val="24"/>
        </w:rPr>
        <w:t xml:space="preserve"> example </w:t>
      </w:r>
      <w:proofErr w:type="gramStart"/>
      <w:r>
        <w:rPr>
          <w:i/>
          <w:iCs/>
          <w:color w:val="666666"/>
          <w:sz w:val="24"/>
          <w:szCs w:val="24"/>
        </w:rPr>
        <w:t>for</w:t>
      </w:r>
      <w:proofErr w:type="gramEnd"/>
      <w:r>
        <w:rPr>
          <w:i/>
          <w:iCs/>
          <w:color w:val="666666"/>
          <w:sz w:val="24"/>
          <w:szCs w:val="24"/>
        </w:rPr>
        <w:t xml:space="preserve"> Riverside Community Café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28"/>
        <w:gridCol w:w="2637"/>
        <w:gridCol w:w="5375"/>
      </w:tblGrid>
      <w:tr w:rsidR="00327C9F" w14:paraId="55787738" w14:textId="77777777">
        <w:tc>
          <w:tcPr>
            <w:tcW w:w="0" w:type="auto"/>
            <w:shd w:val="clear" w:color="auto" w:fill="156082"/>
            <w:hideMark/>
          </w:tcPr>
          <w:p w14:paraId="7D64D5A0" w14:textId="77777777" w:rsidR="00327C9F" w:rsidRDefault="00327C9F">
            <w:pPr>
              <w:jc w:val="center"/>
              <w:rPr>
                <w:kern w:val="2"/>
                <w:szCs w:val="20"/>
                <w:lang w:val="en-GB" w:eastAsia="en-GB"/>
                <w14:ligatures w14:val="standardContextual"/>
              </w:rPr>
            </w:pPr>
            <w:r>
              <w:rPr>
                <w:b/>
                <w:bCs/>
              </w:rPr>
              <w:t>Business / organisation</w:t>
            </w:r>
          </w:p>
        </w:tc>
        <w:tc>
          <w:tcPr>
            <w:tcW w:w="0" w:type="auto"/>
            <w:shd w:val="clear" w:color="auto" w:fill="156082"/>
            <w:hideMark/>
          </w:tcPr>
          <w:p w14:paraId="20644719" w14:textId="77777777" w:rsidR="00327C9F" w:rsidRDefault="00327C9F">
            <w:pPr>
              <w:jc w:val="center"/>
            </w:pPr>
            <w:r>
              <w:rPr>
                <w:b/>
                <w:bCs/>
              </w:rPr>
              <w:t>Document owner</w:t>
            </w:r>
          </w:p>
        </w:tc>
        <w:tc>
          <w:tcPr>
            <w:tcW w:w="0" w:type="auto"/>
            <w:shd w:val="clear" w:color="auto" w:fill="156082"/>
            <w:hideMark/>
          </w:tcPr>
          <w:p w14:paraId="42085A2E" w14:textId="77777777" w:rsidR="00327C9F" w:rsidRDefault="00327C9F">
            <w:pPr>
              <w:jc w:val="center"/>
            </w:pPr>
            <w:r>
              <w:rPr>
                <w:b/>
                <w:bCs/>
              </w:rPr>
              <w:t>Approved by</w:t>
            </w:r>
          </w:p>
        </w:tc>
      </w:tr>
      <w:tr w:rsidR="00327C9F" w14:paraId="3AFBCCBA" w14:textId="77777777">
        <w:tc>
          <w:tcPr>
            <w:tcW w:w="0" w:type="auto"/>
            <w:hideMark/>
          </w:tcPr>
          <w:p w14:paraId="09827763" w14:textId="77777777" w:rsidR="00327C9F" w:rsidRDefault="00327C9F">
            <w:r>
              <w:t>Riverside Community Café Ltd</w:t>
            </w:r>
          </w:p>
        </w:tc>
        <w:tc>
          <w:tcPr>
            <w:tcW w:w="0" w:type="auto"/>
            <w:hideMark/>
          </w:tcPr>
          <w:p w14:paraId="6D2AD4D9" w14:textId="77777777" w:rsidR="00327C9F" w:rsidRDefault="00327C9F">
            <w:r>
              <w:t>Alex Morgan, Business Manager</w:t>
            </w:r>
          </w:p>
        </w:tc>
        <w:tc>
          <w:tcPr>
            <w:tcW w:w="0" w:type="auto"/>
            <w:hideMark/>
          </w:tcPr>
          <w:p w14:paraId="1F347867" w14:textId="77777777" w:rsidR="00327C9F" w:rsidRDefault="00327C9F">
            <w:r>
              <w:t>Sam Taylor, Managing Director</w:t>
            </w:r>
          </w:p>
        </w:tc>
      </w:tr>
      <w:tr w:rsidR="00327C9F" w14:paraId="00B240A1" w14:textId="77777777">
        <w:tc>
          <w:tcPr>
            <w:tcW w:w="0" w:type="auto"/>
            <w:shd w:val="clear" w:color="auto" w:fill="F3F7FA"/>
            <w:hideMark/>
          </w:tcPr>
          <w:p w14:paraId="68E9D615" w14:textId="77777777" w:rsidR="00327C9F" w:rsidRDefault="00327C9F">
            <w:r>
              <w:t>Version: 1.0</w:t>
            </w:r>
          </w:p>
        </w:tc>
        <w:tc>
          <w:tcPr>
            <w:tcW w:w="0" w:type="auto"/>
            <w:shd w:val="clear" w:color="auto" w:fill="F3F7FA"/>
            <w:hideMark/>
          </w:tcPr>
          <w:p w14:paraId="6DC6CDA6" w14:textId="77777777" w:rsidR="00327C9F" w:rsidRDefault="00327C9F">
            <w:r>
              <w:t>Approval date: 14 September 2026</w:t>
            </w:r>
          </w:p>
        </w:tc>
        <w:tc>
          <w:tcPr>
            <w:tcW w:w="0" w:type="auto"/>
            <w:shd w:val="clear" w:color="auto" w:fill="F3F7FA"/>
            <w:hideMark/>
          </w:tcPr>
          <w:p w14:paraId="7ECC5A54" w14:textId="77777777" w:rsidR="00327C9F" w:rsidRDefault="00327C9F">
            <w:r>
              <w:t>Next review: 14 September 2027, or after an incident, exercise or major change</w:t>
            </w:r>
          </w:p>
        </w:tc>
      </w:tr>
    </w:tbl>
    <w:p w14:paraId="672A6659" w14:textId="77777777" w:rsidR="00CA609D" w:rsidRDefault="00CA609D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CA609D" w14:paraId="1621BD7C" w14:textId="77777777">
        <w:trPr>
          <w:jc w:val="center"/>
        </w:trPr>
        <w:tc>
          <w:tcPr>
            <w:tcW w:w="10224" w:type="dxa"/>
            <w:shd w:val="clear" w:color="auto" w:fill="156082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701908EF" w14:textId="77777777" w:rsidR="00CA609D" w:rsidRDefault="006A721B">
            <w:pPr>
              <w:jc w:val="center"/>
            </w:pPr>
            <w:r>
              <w:rPr>
                <w:b/>
                <w:color w:val="FFFFFF"/>
              </w:rPr>
              <w:t>Life-safety procedures always take priority. Use this plan when disruption affects safe access to, or normal use of, the building.</w:t>
            </w:r>
          </w:p>
        </w:tc>
      </w:tr>
    </w:tbl>
    <w:p w14:paraId="0A37501D" w14:textId="77777777" w:rsidR="00CA609D" w:rsidRDefault="00CA609D">
      <w:pPr>
        <w:spacing w:after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224"/>
      </w:tblGrid>
      <w:tr w:rsidR="00CA609D" w14:paraId="3479E3F3" w14:textId="77777777" w:rsidTr="4D29D007">
        <w:tc>
          <w:tcPr>
            <w:tcW w:w="10224" w:type="dxa"/>
            <w:shd w:val="clear" w:color="auto" w:fill="FFF2C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7501049" w14:textId="79EA0E3C" w:rsidR="4D29D007" w:rsidRDefault="4D29D007" w:rsidP="4D29D007">
            <w:r w:rsidRPr="4D29D007">
              <w:rPr>
                <w:b/>
                <w:bCs/>
              </w:rPr>
              <w:t>Important: This toolkit provides general business continuity guidance. Each organisation remains responsible for its own legal, regulatory, contractual, insurance, information security, health and safety and sector-specific requirements. Completion does not guarantee continuity, formal plan approval or operational support from any external organisation. Emergency services and life-safety instructions take priority.</w:t>
            </w:r>
          </w:p>
        </w:tc>
      </w:tr>
    </w:tbl>
    <w:p w14:paraId="7B937A58" w14:textId="77777777" w:rsidR="00CA609D" w:rsidRDefault="006A721B">
      <w:pPr>
        <w:pStyle w:val="Heading1"/>
      </w:pPr>
      <w:r>
        <w:t>Building profile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3"/>
        <w:gridCol w:w="8077"/>
      </w:tblGrid>
      <w:tr w:rsidR="00082C15" w14:paraId="5F678377" w14:textId="77777777">
        <w:tc>
          <w:tcPr>
            <w:tcW w:w="0" w:type="auto"/>
            <w:shd w:val="clear" w:color="auto" w:fill="156082"/>
            <w:hideMark/>
          </w:tcPr>
          <w:p w14:paraId="71C90CBF" w14:textId="77777777" w:rsidR="00082C15" w:rsidRDefault="00082C15">
            <w:pPr>
              <w:jc w:val="center"/>
              <w:rPr>
                <w:kern w:val="2"/>
                <w:szCs w:val="20"/>
                <w:lang w:val="en-GB" w:eastAsia="en-GB"/>
                <w14:ligatures w14:val="standardContextual"/>
              </w:rPr>
            </w:pPr>
            <w:r>
              <w:rPr>
                <w:b/>
                <w:bCs/>
              </w:rPr>
              <w:t>Information</w:t>
            </w:r>
          </w:p>
        </w:tc>
        <w:tc>
          <w:tcPr>
            <w:tcW w:w="0" w:type="auto"/>
            <w:shd w:val="clear" w:color="auto" w:fill="156082"/>
            <w:hideMark/>
          </w:tcPr>
          <w:p w14:paraId="48FAFA77" w14:textId="77777777" w:rsidR="00082C15" w:rsidRDefault="00082C15">
            <w:pPr>
              <w:jc w:val="center"/>
            </w:pPr>
            <w:r>
              <w:rPr>
                <w:b/>
                <w:bCs/>
              </w:rPr>
              <w:t>Local detail</w:t>
            </w:r>
          </w:p>
        </w:tc>
      </w:tr>
      <w:tr w:rsidR="00082C15" w14:paraId="3368D771" w14:textId="77777777">
        <w:tc>
          <w:tcPr>
            <w:tcW w:w="0" w:type="auto"/>
            <w:hideMark/>
          </w:tcPr>
          <w:p w14:paraId="212B5D13" w14:textId="77777777" w:rsidR="00082C15" w:rsidRDefault="00082C15">
            <w:r>
              <w:t>Name and address</w:t>
            </w:r>
          </w:p>
        </w:tc>
        <w:tc>
          <w:tcPr>
            <w:tcW w:w="0" w:type="auto"/>
            <w:hideMark/>
          </w:tcPr>
          <w:p w14:paraId="179E6A83" w14:textId="77777777" w:rsidR="00082C15" w:rsidRDefault="00082C15">
            <w:r>
              <w:t>Riverside Community Café, 24 Riverside Lane, Ipswich, Suffolk IP1 2AB</w:t>
            </w:r>
          </w:p>
        </w:tc>
      </w:tr>
      <w:tr w:rsidR="00082C15" w14:paraId="5EBF47F2" w14:textId="77777777">
        <w:tc>
          <w:tcPr>
            <w:tcW w:w="0" w:type="auto"/>
            <w:shd w:val="clear" w:color="auto" w:fill="F3F7FA"/>
            <w:hideMark/>
          </w:tcPr>
          <w:p w14:paraId="581DD833" w14:textId="77777777" w:rsidR="00082C15" w:rsidRDefault="00082C15">
            <w:r>
              <w:t>Teams / organisations based here</w:t>
            </w:r>
          </w:p>
        </w:tc>
        <w:tc>
          <w:tcPr>
            <w:tcW w:w="0" w:type="auto"/>
            <w:shd w:val="clear" w:color="auto" w:fill="F3F7FA"/>
            <w:hideMark/>
          </w:tcPr>
          <w:p w14:paraId="0BFC07AE" w14:textId="77777777" w:rsidR="00082C15" w:rsidRDefault="00082C15">
            <w:r>
              <w:t>Café operations, kitchen and community lunch delivery team; community groups use the meeting room.</w:t>
            </w:r>
          </w:p>
        </w:tc>
      </w:tr>
      <w:tr w:rsidR="00082C15" w14:paraId="0F0A99C2" w14:textId="77777777">
        <w:tc>
          <w:tcPr>
            <w:tcW w:w="0" w:type="auto"/>
            <w:hideMark/>
          </w:tcPr>
          <w:p w14:paraId="6B37EF6B" w14:textId="77777777" w:rsidR="00082C15" w:rsidRDefault="00082C15">
            <w:r>
              <w:t>Usual occupancy and visitors</w:t>
            </w:r>
          </w:p>
        </w:tc>
        <w:tc>
          <w:tcPr>
            <w:tcW w:w="0" w:type="auto"/>
            <w:hideMark/>
          </w:tcPr>
          <w:p w14:paraId="5BE8DA46" w14:textId="77777777" w:rsidR="00082C15" w:rsidRDefault="00082C15">
            <w:r>
              <w:t>Up to 12 staff, 45 customers and 15 meeting-room visitors; deliveries normally arrive through the rear service entrance.</w:t>
            </w:r>
          </w:p>
        </w:tc>
      </w:tr>
      <w:tr w:rsidR="00082C15" w14:paraId="1213BE8F" w14:textId="77777777">
        <w:tc>
          <w:tcPr>
            <w:tcW w:w="0" w:type="auto"/>
            <w:shd w:val="clear" w:color="auto" w:fill="F3F7FA"/>
            <w:hideMark/>
          </w:tcPr>
          <w:p w14:paraId="24B9514A" w14:textId="77777777" w:rsidR="00082C15" w:rsidRDefault="00082C15">
            <w:r>
              <w:t>Opening hours / out-of-hours use</w:t>
            </w:r>
          </w:p>
        </w:tc>
        <w:tc>
          <w:tcPr>
            <w:tcW w:w="0" w:type="auto"/>
            <w:shd w:val="clear" w:color="auto" w:fill="F3F7FA"/>
            <w:hideMark/>
          </w:tcPr>
          <w:p w14:paraId="747044FE" w14:textId="77777777" w:rsidR="00082C15" w:rsidRDefault="00082C15">
            <w:r>
              <w:t>Monday–Friday 07:00–18:00; Saturday 08:00–16:00. Approved community bookings may continue until 21:00.</w:t>
            </w:r>
          </w:p>
        </w:tc>
      </w:tr>
      <w:tr w:rsidR="00082C15" w14:paraId="4610A1F7" w14:textId="77777777">
        <w:tc>
          <w:tcPr>
            <w:tcW w:w="0" w:type="auto"/>
            <w:hideMark/>
          </w:tcPr>
          <w:p w14:paraId="1A823836" w14:textId="77777777" w:rsidR="00082C15" w:rsidRDefault="00082C15">
            <w:r>
              <w:t>Muster point</w:t>
            </w:r>
          </w:p>
        </w:tc>
        <w:tc>
          <w:tcPr>
            <w:tcW w:w="0" w:type="auto"/>
            <w:hideMark/>
          </w:tcPr>
          <w:p w14:paraId="10B3354E" w14:textId="77777777" w:rsidR="00082C15" w:rsidRDefault="00082C15">
            <w:r>
              <w:t>Marked area beside the public car park, beyond the riverside gate and clear of emergency access.</w:t>
            </w:r>
          </w:p>
        </w:tc>
      </w:tr>
      <w:tr w:rsidR="00082C15" w14:paraId="4F5F0BF5" w14:textId="77777777">
        <w:tc>
          <w:tcPr>
            <w:tcW w:w="0" w:type="auto"/>
            <w:shd w:val="clear" w:color="auto" w:fill="F3F7FA"/>
            <w:hideMark/>
          </w:tcPr>
          <w:p w14:paraId="07225627" w14:textId="77777777" w:rsidR="00082C15" w:rsidRDefault="00082C15">
            <w:r>
              <w:t>Temporary place of safety</w:t>
            </w:r>
          </w:p>
        </w:tc>
        <w:tc>
          <w:tcPr>
            <w:tcW w:w="0" w:type="auto"/>
            <w:shd w:val="clear" w:color="auto" w:fill="F3F7FA"/>
            <w:hideMark/>
          </w:tcPr>
          <w:p w14:paraId="4B4FCC57" w14:textId="77777777" w:rsidR="00082C15" w:rsidRDefault="00082C15">
            <w:r>
              <w:t>Riverside Community Centre main hall, subject to confirmation by the Centre Manager.</w:t>
            </w:r>
          </w:p>
        </w:tc>
      </w:tr>
      <w:tr w:rsidR="00082C15" w14:paraId="24579AB1" w14:textId="77777777">
        <w:tc>
          <w:tcPr>
            <w:tcW w:w="0" w:type="auto"/>
            <w:hideMark/>
          </w:tcPr>
          <w:p w14:paraId="0C5A947E" w14:textId="77777777" w:rsidR="00082C15" w:rsidRDefault="00082C15">
            <w:r>
              <w:t>Grab bag / plan locations</w:t>
            </w:r>
          </w:p>
        </w:tc>
        <w:tc>
          <w:tcPr>
            <w:tcW w:w="0" w:type="auto"/>
            <w:hideMark/>
          </w:tcPr>
          <w:p w14:paraId="09FF5B20" w14:textId="77777777" w:rsidR="00082C15" w:rsidRDefault="00082C15">
            <w:r>
              <w:t xml:space="preserve">Grab bag in the manager’s office beside the rear exit; sealed plan copy at the community </w:t>
            </w:r>
            <w:proofErr w:type="spellStart"/>
            <w:r>
              <w:t>centre</w:t>
            </w:r>
            <w:proofErr w:type="spellEnd"/>
            <w:r>
              <w:t>; encrypted copy on the Business Manager’s work device.</w:t>
            </w:r>
          </w:p>
        </w:tc>
      </w:tr>
    </w:tbl>
    <w:p w14:paraId="5DAB6C7B" w14:textId="77777777" w:rsidR="00CA609D" w:rsidRDefault="00CA609D">
      <w:pPr>
        <w:spacing w:after="20"/>
      </w:pPr>
    </w:p>
    <w:p w14:paraId="63AC373F" w14:textId="77777777" w:rsidR="00CA609D" w:rsidRDefault="006A721B">
      <w:pPr>
        <w:pStyle w:val="Heading1"/>
      </w:pPr>
      <w:r>
        <w:t>Activation and escalation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6"/>
        <w:gridCol w:w="8784"/>
      </w:tblGrid>
      <w:tr w:rsidR="00617961" w14:paraId="3284F18F" w14:textId="77777777">
        <w:tc>
          <w:tcPr>
            <w:tcW w:w="0" w:type="auto"/>
            <w:shd w:val="clear" w:color="auto" w:fill="156082"/>
            <w:hideMark/>
          </w:tcPr>
          <w:p w14:paraId="15E8F275" w14:textId="77777777" w:rsidR="00617961" w:rsidRDefault="00617961">
            <w:pPr>
              <w:jc w:val="center"/>
              <w:rPr>
                <w:kern w:val="2"/>
                <w:szCs w:val="20"/>
                <w:lang w:val="en-GB" w:eastAsia="en-GB"/>
                <w14:ligatures w14:val="standardContextual"/>
              </w:rPr>
            </w:pPr>
            <w:r>
              <w:rPr>
                <w:b/>
                <w:bCs/>
              </w:rPr>
              <w:t>Trigger / decision</w:t>
            </w:r>
          </w:p>
        </w:tc>
        <w:tc>
          <w:tcPr>
            <w:tcW w:w="0" w:type="auto"/>
            <w:shd w:val="clear" w:color="auto" w:fill="156082"/>
            <w:hideMark/>
          </w:tcPr>
          <w:p w14:paraId="24AA40CE" w14:textId="77777777" w:rsidR="00617961" w:rsidRDefault="00617961">
            <w:pPr>
              <w:jc w:val="center"/>
            </w:pPr>
            <w:r>
              <w:rPr>
                <w:b/>
                <w:bCs/>
              </w:rPr>
              <w:t>Arrangement</w:t>
            </w:r>
          </w:p>
        </w:tc>
      </w:tr>
      <w:tr w:rsidR="00617961" w14:paraId="0E527BB8" w14:textId="77777777">
        <w:tc>
          <w:tcPr>
            <w:tcW w:w="0" w:type="auto"/>
            <w:hideMark/>
          </w:tcPr>
          <w:p w14:paraId="3133C2CF" w14:textId="77777777" w:rsidR="00617961" w:rsidRDefault="00617961">
            <w:r>
              <w:t>When to activate</w:t>
            </w:r>
          </w:p>
        </w:tc>
        <w:tc>
          <w:tcPr>
            <w:tcW w:w="0" w:type="auto"/>
            <w:hideMark/>
          </w:tcPr>
          <w:p w14:paraId="29C53A18" w14:textId="77777777" w:rsidR="00617961" w:rsidRDefault="00617961">
            <w:r>
              <w:t>Activate when the building cannot be safely accessed or used; a fire, flood, utility, security or structural issue affects operations; or the community lunch minimum service is at risk within four hours.</w:t>
            </w:r>
          </w:p>
        </w:tc>
      </w:tr>
      <w:tr w:rsidR="00617961" w14:paraId="06099278" w14:textId="77777777">
        <w:tc>
          <w:tcPr>
            <w:tcW w:w="0" w:type="auto"/>
            <w:shd w:val="clear" w:color="auto" w:fill="F3F7FA"/>
            <w:hideMark/>
          </w:tcPr>
          <w:p w14:paraId="0D6102E3" w14:textId="77777777" w:rsidR="00617961" w:rsidRDefault="00617961">
            <w:r>
              <w:lastRenderedPageBreak/>
              <w:t>Who can activate</w:t>
            </w:r>
          </w:p>
        </w:tc>
        <w:tc>
          <w:tcPr>
            <w:tcW w:w="0" w:type="auto"/>
            <w:shd w:val="clear" w:color="auto" w:fill="F3F7FA"/>
            <w:hideMark/>
          </w:tcPr>
          <w:p w14:paraId="5DB8650D" w14:textId="77777777" w:rsidR="00617961" w:rsidRDefault="00617961">
            <w:r>
              <w:t>Sam Taylor, Managing Director, or Alex Morgan, Business Manager. In their absence, Jamie Reed, Head Chef, then the duty Shift Supervisor.</w:t>
            </w:r>
          </w:p>
        </w:tc>
      </w:tr>
      <w:tr w:rsidR="00617961" w14:paraId="345097FC" w14:textId="77777777">
        <w:tc>
          <w:tcPr>
            <w:tcW w:w="0" w:type="auto"/>
            <w:hideMark/>
          </w:tcPr>
          <w:p w14:paraId="3844CAE7" w14:textId="77777777" w:rsidR="00617961" w:rsidRDefault="00617961">
            <w:r>
              <w:t>Internal escalation</w:t>
            </w:r>
          </w:p>
        </w:tc>
        <w:tc>
          <w:tcPr>
            <w:tcW w:w="0" w:type="auto"/>
            <w:hideMark/>
          </w:tcPr>
          <w:p w14:paraId="4228DA6E" w14:textId="77777777" w:rsidR="00617961" w:rsidRDefault="00617961">
            <w:r>
              <w:t xml:space="preserve">Duty manager → Business Manager → Managing Director. The incident </w:t>
            </w:r>
            <w:proofErr w:type="gramStart"/>
            <w:r>
              <w:t>lead allocates</w:t>
            </w:r>
            <w:proofErr w:type="gramEnd"/>
            <w:r>
              <w:t xml:space="preserve"> building safety, continuity, communications, welfare and logging roles.</w:t>
            </w:r>
          </w:p>
        </w:tc>
      </w:tr>
      <w:tr w:rsidR="00617961" w14:paraId="1832B668" w14:textId="77777777">
        <w:tc>
          <w:tcPr>
            <w:tcW w:w="0" w:type="auto"/>
            <w:shd w:val="clear" w:color="auto" w:fill="F3F7FA"/>
            <w:hideMark/>
          </w:tcPr>
          <w:p w14:paraId="12E37937" w14:textId="77777777" w:rsidR="00617961" w:rsidRDefault="00617961">
            <w:r>
              <w:t>Out-of-hours escalation</w:t>
            </w:r>
          </w:p>
        </w:tc>
        <w:tc>
          <w:tcPr>
            <w:tcW w:w="0" w:type="auto"/>
            <w:shd w:val="clear" w:color="auto" w:fill="F3F7FA"/>
            <w:hideMark/>
          </w:tcPr>
          <w:p w14:paraId="3BADDE37" w14:textId="77777777" w:rsidR="00617961" w:rsidRDefault="00617961">
            <w:r>
              <w:t xml:space="preserve">Alarm provider contacts the duty manager. If </w:t>
            </w:r>
            <w:proofErr w:type="gramStart"/>
            <w:r>
              <w:t>unanswered</w:t>
            </w:r>
            <w:proofErr w:type="gramEnd"/>
            <w:r>
              <w:t xml:space="preserve"> within 10 minutes, call the Managing Director, then Head Chef and property emergency line.</w:t>
            </w:r>
          </w:p>
        </w:tc>
      </w:tr>
      <w:tr w:rsidR="00617961" w14:paraId="7909FCC6" w14:textId="77777777">
        <w:tc>
          <w:tcPr>
            <w:tcW w:w="0" w:type="auto"/>
            <w:hideMark/>
          </w:tcPr>
          <w:p w14:paraId="6C8C5FC3" w14:textId="77777777" w:rsidR="00617961" w:rsidRDefault="00617961">
            <w:r>
              <w:t>External liaison</w:t>
            </w:r>
          </w:p>
        </w:tc>
        <w:tc>
          <w:tcPr>
            <w:tcW w:w="0" w:type="auto"/>
            <w:hideMark/>
          </w:tcPr>
          <w:p w14:paraId="6042AD94" w14:textId="77777777" w:rsidR="00617961" w:rsidRDefault="00617961">
            <w:r>
              <w:t>Emergency services first where life safety is involved; then landlord, utilities, insurer, IT provider, community lunch commissioner and regulator as relevant.</w:t>
            </w:r>
          </w:p>
        </w:tc>
      </w:tr>
    </w:tbl>
    <w:p w14:paraId="02EB378F" w14:textId="77777777" w:rsidR="00CA609D" w:rsidRDefault="00CA609D">
      <w:pPr>
        <w:spacing w:after="20"/>
      </w:pPr>
    </w:p>
    <w:p w14:paraId="35F22A41" w14:textId="77777777" w:rsidR="00CA609D" w:rsidRDefault="006A721B">
      <w:pPr>
        <w:pStyle w:val="Heading1"/>
      </w:pPr>
      <w:r>
        <w:t>First actions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6"/>
        <w:gridCol w:w="5706"/>
        <w:gridCol w:w="2480"/>
        <w:gridCol w:w="1718"/>
      </w:tblGrid>
      <w:tr w:rsidR="00D2272B" w14:paraId="72280976" w14:textId="77777777">
        <w:tc>
          <w:tcPr>
            <w:tcW w:w="0" w:type="auto"/>
            <w:shd w:val="clear" w:color="auto" w:fill="156082"/>
            <w:hideMark/>
          </w:tcPr>
          <w:p w14:paraId="1F26873B" w14:textId="77777777" w:rsidR="00D2272B" w:rsidRDefault="00D2272B">
            <w:pPr>
              <w:rPr>
                <w:kern w:val="2"/>
                <w:szCs w:val="20"/>
                <w:lang w:val="en-GB" w:eastAsia="en-GB"/>
                <w14:ligatures w14:val="standardContextual"/>
              </w:rPr>
            </w:pPr>
            <w:r>
              <w:rPr>
                <w:b/>
                <w:bCs/>
              </w:rPr>
              <w:t>No.</w:t>
            </w:r>
          </w:p>
        </w:tc>
        <w:tc>
          <w:tcPr>
            <w:tcW w:w="0" w:type="auto"/>
            <w:shd w:val="clear" w:color="auto" w:fill="156082"/>
            <w:hideMark/>
          </w:tcPr>
          <w:p w14:paraId="241E98FC" w14:textId="77777777" w:rsidR="00D2272B" w:rsidRDefault="00D2272B">
            <w:r>
              <w:rPr>
                <w:b/>
                <w:bCs/>
              </w:rPr>
              <w:t>Action</w:t>
            </w:r>
          </w:p>
        </w:tc>
        <w:tc>
          <w:tcPr>
            <w:tcW w:w="0" w:type="auto"/>
            <w:shd w:val="clear" w:color="auto" w:fill="156082"/>
            <w:hideMark/>
          </w:tcPr>
          <w:p w14:paraId="44DFB804" w14:textId="77777777" w:rsidR="00D2272B" w:rsidRDefault="00D2272B">
            <w:r>
              <w:rPr>
                <w:b/>
                <w:bCs/>
              </w:rPr>
              <w:t>Lead</w:t>
            </w:r>
          </w:p>
        </w:tc>
        <w:tc>
          <w:tcPr>
            <w:tcW w:w="0" w:type="auto"/>
            <w:shd w:val="clear" w:color="auto" w:fill="156082"/>
            <w:hideMark/>
          </w:tcPr>
          <w:p w14:paraId="55A33B55" w14:textId="77777777" w:rsidR="00D2272B" w:rsidRDefault="00D2272B">
            <w:r>
              <w:rPr>
                <w:b/>
                <w:bCs/>
              </w:rPr>
              <w:t>Done / time</w:t>
            </w:r>
          </w:p>
        </w:tc>
      </w:tr>
      <w:tr w:rsidR="00D2272B" w14:paraId="2FA571AC" w14:textId="77777777">
        <w:tc>
          <w:tcPr>
            <w:tcW w:w="0" w:type="auto"/>
            <w:hideMark/>
          </w:tcPr>
          <w:p w14:paraId="04FFEF0E" w14:textId="77777777" w:rsidR="00D2272B" w:rsidRDefault="00D2272B">
            <w:r>
              <w:t>1</w:t>
            </w:r>
          </w:p>
        </w:tc>
        <w:tc>
          <w:tcPr>
            <w:tcW w:w="0" w:type="auto"/>
            <w:hideMark/>
          </w:tcPr>
          <w:p w14:paraId="698290E0" w14:textId="77777777" w:rsidR="00D2272B" w:rsidRDefault="00D2272B">
            <w:r>
              <w:t>Protect life and follow the relevant emergency procedure.</w:t>
            </w:r>
          </w:p>
        </w:tc>
        <w:tc>
          <w:tcPr>
            <w:tcW w:w="0" w:type="auto"/>
            <w:hideMark/>
          </w:tcPr>
          <w:p w14:paraId="50FCC255" w14:textId="77777777" w:rsidR="00D2272B" w:rsidRDefault="00D2272B">
            <w:r>
              <w:t>Duty manager</w:t>
            </w:r>
          </w:p>
        </w:tc>
        <w:tc>
          <w:tcPr>
            <w:tcW w:w="0" w:type="auto"/>
            <w:hideMark/>
          </w:tcPr>
          <w:p w14:paraId="0BB8125F" w14:textId="77777777" w:rsidR="00D2272B" w:rsidRDefault="00D2272B">
            <w:r>
              <w:t>Immediately</w:t>
            </w:r>
          </w:p>
        </w:tc>
      </w:tr>
      <w:tr w:rsidR="00D2272B" w14:paraId="1E4F8165" w14:textId="77777777">
        <w:tc>
          <w:tcPr>
            <w:tcW w:w="0" w:type="auto"/>
            <w:shd w:val="clear" w:color="auto" w:fill="F3F7FA"/>
            <w:hideMark/>
          </w:tcPr>
          <w:p w14:paraId="79069EEF" w14:textId="77777777" w:rsidR="00D2272B" w:rsidRDefault="00D2272B">
            <w:r>
              <w:t>2</w:t>
            </w:r>
          </w:p>
        </w:tc>
        <w:tc>
          <w:tcPr>
            <w:tcW w:w="0" w:type="auto"/>
            <w:shd w:val="clear" w:color="auto" w:fill="F3F7FA"/>
            <w:hideMark/>
          </w:tcPr>
          <w:p w14:paraId="0E0C33A8" w14:textId="77777777" w:rsidR="00D2272B" w:rsidRDefault="00D2272B">
            <w:r>
              <w:t>Confirm who is leading and establish a safe coordination point.</w:t>
            </w:r>
          </w:p>
        </w:tc>
        <w:tc>
          <w:tcPr>
            <w:tcW w:w="0" w:type="auto"/>
            <w:shd w:val="clear" w:color="auto" w:fill="F3F7FA"/>
            <w:hideMark/>
          </w:tcPr>
          <w:p w14:paraId="05267F30" w14:textId="77777777" w:rsidR="00D2272B" w:rsidRDefault="00D2272B">
            <w:r>
              <w:t>Managing Director</w:t>
            </w:r>
          </w:p>
        </w:tc>
        <w:tc>
          <w:tcPr>
            <w:tcW w:w="0" w:type="auto"/>
            <w:shd w:val="clear" w:color="auto" w:fill="F3F7FA"/>
            <w:hideMark/>
          </w:tcPr>
          <w:p w14:paraId="30EA0F08" w14:textId="77777777" w:rsidR="00D2272B" w:rsidRDefault="00D2272B">
            <w:r>
              <w:t>Within 15 minutes</w:t>
            </w:r>
          </w:p>
        </w:tc>
      </w:tr>
      <w:tr w:rsidR="00D2272B" w14:paraId="48A7A6A9" w14:textId="77777777">
        <w:tc>
          <w:tcPr>
            <w:tcW w:w="0" w:type="auto"/>
            <w:hideMark/>
          </w:tcPr>
          <w:p w14:paraId="6B23D136" w14:textId="77777777" w:rsidR="00D2272B" w:rsidRDefault="00D2272B">
            <w:r>
              <w:t>3</w:t>
            </w:r>
          </w:p>
        </w:tc>
        <w:tc>
          <w:tcPr>
            <w:tcW w:w="0" w:type="auto"/>
            <w:hideMark/>
          </w:tcPr>
          <w:p w14:paraId="581DF66F" w14:textId="77777777" w:rsidR="00D2272B" w:rsidRDefault="00D2272B">
            <w:r>
              <w:t>Contact the landlord, facilities or technical support as relevant.</w:t>
            </w:r>
          </w:p>
        </w:tc>
        <w:tc>
          <w:tcPr>
            <w:tcW w:w="0" w:type="auto"/>
            <w:hideMark/>
          </w:tcPr>
          <w:p w14:paraId="1083D6DF" w14:textId="77777777" w:rsidR="00D2272B" w:rsidRDefault="00D2272B">
            <w:r>
              <w:t>Business Manager</w:t>
            </w:r>
          </w:p>
        </w:tc>
        <w:tc>
          <w:tcPr>
            <w:tcW w:w="0" w:type="auto"/>
            <w:hideMark/>
          </w:tcPr>
          <w:p w14:paraId="2CD6D49F" w14:textId="77777777" w:rsidR="00D2272B" w:rsidRDefault="00D2272B">
            <w:r>
              <w:t>Within 15 minutes</w:t>
            </w:r>
          </w:p>
        </w:tc>
      </w:tr>
      <w:tr w:rsidR="00D2272B" w14:paraId="4D62504F" w14:textId="77777777">
        <w:tc>
          <w:tcPr>
            <w:tcW w:w="0" w:type="auto"/>
            <w:shd w:val="clear" w:color="auto" w:fill="F3F7FA"/>
            <w:hideMark/>
          </w:tcPr>
          <w:p w14:paraId="62B1857F" w14:textId="77777777" w:rsidR="00D2272B" w:rsidRDefault="00D2272B">
            <w:r>
              <w:t>4</w:t>
            </w:r>
          </w:p>
        </w:tc>
        <w:tc>
          <w:tcPr>
            <w:tcW w:w="0" w:type="auto"/>
            <w:shd w:val="clear" w:color="auto" w:fill="F3F7FA"/>
            <w:hideMark/>
          </w:tcPr>
          <w:p w14:paraId="4F5B4CC0" w14:textId="77777777" w:rsidR="00D2272B" w:rsidRDefault="00D2272B">
            <w:r>
              <w:t>Open an incident log.</w:t>
            </w:r>
          </w:p>
        </w:tc>
        <w:tc>
          <w:tcPr>
            <w:tcW w:w="0" w:type="auto"/>
            <w:shd w:val="clear" w:color="auto" w:fill="F3F7FA"/>
            <w:hideMark/>
          </w:tcPr>
          <w:p w14:paraId="7C9C4600" w14:textId="77777777" w:rsidR="00D2272B" w:rsidRDefault="00D2272B">
            <w:r>
              <w:t>Shift Supervisor</w:t>
            </w:r>
          </w:p>
        </w:tc>
        <w:tc>
          <w:tcPr>
            <w:tcW w:w="0" w:type="auto"/>
            <w:shd w:val="clear" w:color="auto" w:fill="F3F7FA"/>
            <w:hideMark/>
          </w:tcPr>
          <w:p w14:paraId="12366F8E" w14:textId="77777777" w:rsidR="00D2272B" w:rsidRDefault="00D2272B">
            <w:r>
              <w:t>Within 15 minutes</w:t>
            </w:r>
          </w:p>
        </w:tc>
      </w:tr>
      <w:tr w:rsidR="00D2272B" w14:paraId="4D8DD103" w14:textId="77777777">
        <w:tc>
          <w:tcPr>
            <w:tcW w:w="0" w:type="auto"/>
            <w:hideMark/>
          </w:tcPr>
          <w:p w14:paraId="4FAFC99B" w14:textId="77777777" w:rsidR="00D2272B" w:rsidRDefault="00D2272B">
            <w:r>
              <w:t>5</w:t>
            </w:r>
          </w:p>
        </w:tc>
        <w:tc>
          <w:tcPr>
            <w:tcW w:w="0" w:type="auto"/>
            <w:hideMark/>
          </w:tcPr>
          <w:p w14:paraId="25D61028" w14:textId="77777777" w:rsidR="00D2272B" w:rsidRDefault="00D2272B">
            <w:r>
              <w:t>Confirm building status, affected areas and likely recovery time.</w:t>
            </w:r>
          </w:p>
        </w:tc>
        <w:tc>
          <w:tcPr>
            <w:tcW w:w="0" w:type="auto"/>
            <w:hideMark/>
          </w:tcPr>
          <w:p w14:paraId="2036A7FF" w14:textId="77777777" w:rsidR="00D2272B" w:rsidRDefault="00D2272B">
            <w:r>
              <w:t>Incident lead</w:t>
            </w:r>
          </w:p>
        </w:tc>
        <w:tc>
          <w:tcPr>
            <w:tcW w:w="0" w:type="auto"/>
            <w:hideMark/>
          </w:tcPr>
          <w:p w14:paraId="6BD7B6D4" w14:textId="77777777" w:rsidR="00D2272B" w:rsidRDefault="00D2272B">
            <w:r>
              <w:t>Within 30 minutes</w:t>
            </w:r>
          </w:p>
        </w:tc>
      </w:tr>
      <w:tr w:rsidR="00D2272B" w14:paraId="4B95CD87" w14:textId="77777777">
        <w:tc>
          <w:tcPr>
            <w:tcW w:w="0" w:type="auto"/>
            <w:shd w:val="clear" w:color="auto" w:fill="F3F7FA"/>
            <w:hideMark/>
          </w:tcPr>
          <w:p w14:paraId="54982C71" w14:textId="77777777" w:rsidR="00D2272B" w:rsidRDefault="00D2272B">
            <w:r>
              <w:t>6</w:t>
            </w:r>
          </w:p>
        </w:tc>
        <w:tc>
          <w:tcPr>
            <w:tcW w:w="0" w:type="auto"/>
            <w:shd w:val="clear" w:color="auto" w:fill="F3F7FA"/>
            <w:hideMark/>
          </w:tcPr>
          <w:p w14:paraId="6CEDC869" w14:textId="77777777" w:rsidR="00D2272B" w:rsidRDefault="00D2272B">
            <w:r>
              <w:t>Check welfare and accessibility needs.</w:t>
            </w:r>
          </w:p>
        </w:tc>
        <w:tc>
          <w:tcPr>
            <w:tcW w:w="0" w:type="auto"/>
            <w:shd w:val="clear" w:color="auto" w:fill="F3F7FA"/>
            <w:hideMark/>
          </w:tcPr>
          <w:p w14:paraId="792E4A6B" w14:textId="77777777" w:rsidR="00D2272B" w:rsidRDefault="00D2272B">
            <w:r>
              <w:t>Shift Supervisor</w:t>
            </w:r>
          </w:p>
        </w:tc>
        <w:tc>
          <w:tcPr>
            <w:tcW w:w="0" w:type="auto"/>
            <w:shd w:val="clear" w:color="auto" w:fill="F3F7FA"/>
            <w:hideMark/>
          </w:tcPr>
          <w:p w14:paraId="7FE9E8D2" w14:textId="77777777" w:rsidR="00D2272B" w:rsidRDefault="00D2272B">
            <w:r>
              <w:t>Within 30 minutes</w:t>
            </w:r>
          </w:p>
        </w:tc>
      </w:tr>
      <w:tr w:rsidR="00D2272B" w14:paraId="602202BE" w14:textId="77777777">
        <w:tc>
          <w:tcPr>
            <w:tcW w:w="0" w:type="auto"/>
            <w:hideMark/>
          </w:tcPr>
          <w:p w14:paraId="4CFA9D04" w14:textId="77777777" w:rsidR="00D2272B" w:rsidRDefault="00D2272B">
            <w:r>
              <w:t>7</w:t>
            </w:r>
          </w:p>
        </w:tc>
        <w:tc>
          <w:tcPr>
            <w:tcW w:w="0" w:type="auto"/>
            <w:hideMark/>
          </w:tcPr>
          <w:p w14:paraId="45668EA6" w14:textId="77777777" w:rsidR="00D2272B" w:rsidRDefault="00D2272B">
            <w:r>
              <w:t>Identify affected priorities and minimum service levels.</w:t>
            </w:r>
          </w:p>
        </w:tc>
        <w:tc>
          <w:tcPr>
            <w:tcW w:w="0" w:type="auto"/>
            <w:hideMark/>
          </w:tcPr>
          <w:p w14:paraId="0A7B5B3D" w14:textId="77777777" w:rsidR="00D2272B" w:rsidRDefault="00D2272B">
            <w:r>
              <w:t>Business Manager</w:t>
            </w:r>
          </w:p>
        </w:tc>
        <w:tc>
          <w:tcPr>
            <w:tcW w:w="0" w:type="auto"/>
            <w:hideMark/>
          </w:tcPr>
          <w:p w14:paraId="3967D9F9" w14:textId="77777777" w:rsidR="00D2272B" w:rsidRDefault="00D2272B">
            <w:r>
              <w:t>Within 45 minutes</w:t>
            </w:r>
          </w:p>
        </w:tc>
      </w:tr>
      <w:tr w:rsidR="00D2272B" w14:paraId="28592410" w14:textId="77777777">
        <w:tc>
          <w:tcPr>
            <w:tcW w:w="0" w:type="auto"/>
            <w:shd w:val="clear" w:color="auto" w:fill="F3F7FA"/>
            <w:hideMark/>
          </w:tcPr>
          <w:p w14:paraId="13D01256" w14:textId="77777777" w:rsidR="00D2272B" w:rsidRDefault="00D2272B">
            <w:r>
              <w:t>8</w:t>
            </w:r>
          </w:p>
        </w:tc>
        <w:tc>
          <w:tcPr>
            <w:tcW w:w="0" w:type="auto"/>
            <w:shd w:val="clear" w:color="auto" w:fill="F3F7FA"/>
            <w:hideMark/>
          </w:tcPr>
          <w:p w14:paraId="305C2284" w14:textId="77777777" w:rsidR="00D2272B" w:rsidRDefault="00D2272B">
            <w:r>
              <w:t xml:space="preserve">Agree relocation, </w:t>
            </w:r>
            <w:proofErr w:type="gramStart"/>
            <w:r>
              <w:t>reduced-service</w:t>
            </w:r>
            <w:proofErr w:type="gramEnd"/>
            <w:r>
              <w:t xml:space="preserve"> or </w:t>
            </w:r>
            <w:proofErr w:type="gramStart"/>
            <w:r>
              <w:t>temporary-closure</w:t>
            </w:r>
            <w:proofErr w:type="gramEnd"/>
            <w:r>
              <w:t xml:space="preserve"> arrangements.</w:t>
            </w:r>
          </w:p>
        </w:tc>
        <w:tc>
          <w:tcPr>
            <w:tcW w:w="0" w:type="auto"/>
            <w:shd w:val="clear" w:color="auto" w:fill="F3F7FA"/>
            <w:hideMark/>
          </w:tcPr>
          <w:p w14:paraId="59A50169" w14:textId="77777777" w:rsidR="00D2272B" w:rsidRDefault="00D2272B">
            <w:r>
              <w:t>Incident lead and Head Chef</w:t>
            </w:r>
          </w:p>
        </w:tc>
        <w:tc>
          <w:tcPr>
            <w:tcW w:w="0" w:type="auto"/>
            <w:shd w:val="clear" w:color="auto" w:fill="F3F7FA"/>
            <w:hideMark/>
          </w:tcPr>
          <w:p w14:paraId="2A3402B8" w14:textId="77777777" w:rsidR="00D2272B" w:rsidRDefault="00D2272B">
            <w:r>
              <w:t>Within 60 minutes</w:t>
            </w:r>
          </w:p>
        </w:tc>
      </w:tr>
      <w:tr w:rsidR="00D2272B" w14:paraId="60D0F712" w14:textId="77777777">
        <w:tc>
          <w:tcPr>
            <w:tcW w:w="0" w:type="auto"/>
            <w:hideMark/>
          </w:tcPr>
          <w:p w14:paraId="7EC93DC5" w14:textId="77777777" w:rsidR="00D2272B" w:rsidRDefault="00D2272B">
            <w:r>
              <w:t>9</w:t>
            </w:r>
          </w:p>
        </w:tc>
        <w:tc>
          <w:tcPr>
            <w:tcW w:w="0" w:type="auto"/>
            <w:hideMark/>
          </w:tcPr>
          <w:p w14:paraId="0953A51B" w14:textId="77777777" w:rsidR="00D2272B" w:rsidRDefault="00D2272B">
            <w:r>
              <w:t>Issue an update and state when the next update will be given.</w:t>
            </w:r>
          </w:p>
        </w:tc>
        <w:tc>
          <w:tcPr>
            <w:tcW w:w="0" w:type="auto"/>
            <w:hideMark/>
          </w:tcPr>
          <w:p w14:paraId="68F1BE12" w14:textId="77777777" w:rsidR="00D2272B" w:rsidRDefault="00D2272B">
            <w:r>
              <w:t>Business Manager</w:t>
            </w:r>
          </w:p>
        </w:tc>
        <w:tc>
          <w:tcPr>
            <w:tcW w:w="0" w:type="auto"/>
            <w:hideMark/>
          </w:tcPr>
          <w:p w14:paraId="1D159A66" w14:textId="77777777" w:rsidR="00D2272B" w:rsidRDefault="00D2272B">
            <w:r>
              <w:t>Within 60 minutes</w:t>
            </w:r>
          </w:p>
        </w:tc>
      </w:tr>
    </w:tbl>
    <w:p w14:paraId="6A05A809" w14:textId="77777777" w:rsidR="00CA609D" w:rsidRDefault="00CA609D">
      <w:pPr>
        <w:spacing w:after="20"/>
      </w:pPr>
    </w:p>
    <w:p w14:paraId="2E054167" w14:textId="77777777" w:rsidR="00CA609D" w:rsidRDefault="006A721B">
      <w:pPr>
        <w:pStyle w:val="Heading1"/>
      </w:pPr>
      <w:r>
        <w:t>Responsible people and critical contacts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2291"/>
        <w:gridCol w:w="1656"/>
        <w:gridCol w:w="1657"/>
        <w:gridCol w:w="2963"/>
      </w:tblGrid>
      <w:tr w:rsidR="008E1FC4" w14:paraId="117C8E46" w14:textId="77777777">
        <w:tc>
          <w:tcPr>
            <w:tcW w:w="0" w:type="auto"/>
            <w:shd w:val="clear" w:color="auto" w:fill="156082"/>
            <w:hideMark/>
          </w:tcPr>
          <w:p w14:paraId="158EE678" w14:textId="77777777" w:rsidR="008E1FC4" w:rsidRDefault="008E1FC4">
            <w:pPr>
              <w:rPr>
                <w:kern w:val="2"/>
                <w:szCs w:val="20"/>
                <w:lang w:val="en-GB" w:eastAsia="en-GB"/>
                <w14:ligatures w14:val="standardContextual"/>
              </w:rPr>
            </w:pPr>
            <w:r>
              <w:rPr>
                <w:b/>
                <w:bCs/>
              </w:rPr>
              <w:t>Role / organisation</w:t>
            </w:r>
          </w:p>
        </w:tc>
        <w:tc>
          <w:tcPr>
            <w:tcW w:w="0" w:type="auto"/>
            <w:shd w:val="clear" w:color="auto" w:fill="156082"/>
            <w:hideMark/>
          </w:tcPr>
          <w:p w14:paraId="262C5606" w14:textId="77777777" w:rsidR="008E1FC4" w:rsidRDefault="008E1FC4">
            <w:r>
              <w:rPr>
                <w:b/>
                <w:bCs/>
              </w:rPr>
              <w:t>Name</w:t>
            </w:r>
          </w:p>
        </w:tc>
        <w:tc>
          <w:tcPr>
            <w:tcW w:w="0" w:type="auto"/>
            <w:shd w:val="clear" w:color="auto" w:fill="156082"/>
            <w:hideMark/>
          </w:tcPr>
          <w:p w14:paraId="0DECE226" w14:textId="77777777" w:rsidR="008E1FC4" w:rsidRDefault="008E1FC4">
            <w:r>
              <w:rPr>
                <w:b/>
                <w:bCs/>
              </w:rPr>
              <w:t>Day contact</w:t>
            </w:r>
          </w:p>
        </w:tc>
        <w:tc>
          <w:tcPr>
            <w:tcW w:w="0" w:type="auto"/>
            <w:shd w:val="clear" w:color="auto" w:fill="156082"/>
            <w:hideMark/>
          </w:tcPr>
          <w:p w14:paraId="53AC8799" w14:textId="77777777" w:rsidR="008E1FC4" w:rsidRDefault="008E1FC4">
            <w:r>
              <w:rPr>
                <w:b/>
                <w:bCs/>
              </w:rPr>
              <w:t>Out-of-hours</w:t>
            </w:r>
          </w:p>
        </w:tc>
        <w:tc>
          <w:tcPr>
            <w:tcW w:w="0" w:type="auto"/>
            <w:shd w:val="clear" w:color="auto" w:fill="156082"/>
            <w:hideMark/>
          </w:tcPr>
          <w:p w14:paraId="1CDAD07A" w14:textId="77777777" w:rsidR="008E1FC4" w:rsidRDefault="008E1FC4">
            <w:r>
              <w:rPr>
                <w:b/>
                <w:bCs/>
              </w:rPr>
              <w:t>Responsibility</w:t>
            </w:r>
          </w:p>
        </w:tc>
      </w:tr>
      <w:tr w:rsidR="008E1FC4" w14:paraId="27D3D4AC" w14:textId="77777777">
        <w:tc>
          <w:tcPr>
            <w:tcW w:w="0" w:type="auto"/>
            <w:hideMark/>
          </w:tcPr>
          <w:p w14:paraId="726ABE83" w14:textId="77777777" w:rsidR="008E1FC4" w:rsidRDefault="008E1FC4">
            <w:r>
              <w:t>Building responsible person</w:t>
            </w:r>
          </w:p>
        </w:tc>
        <w:tc>
          <w:tcPr>
            <w:tcW w:w="0" w:type="auto"/>
            <w:hideMark/>
          </w:tcPr>
          <w:p w14:paraId="041B9271" w14:textId="77777777" w:rsidR="008E1FC4" w:rsidRDefault="008E1FC4">
            <w:r>
              <w:t>Alex Morgan</w:t>
            </w:r>
          </w:p>
        </w:tc>
        <w:tc>
          <w:tcPr>
            <w:tcW w:w="0" w:type="auto"/>
            <w:hideMark/>
          </w:tcPr>
          <w:p w14:paraId="30CDAD6D" w14:textId="77777777" w:rsidR="008E1FC4" w:rsidRDefault="008E1FC4">
            <w:r>
              <w:t>Work mobile</w:t>
            </w:r>
          </w:p>
        </w:tc>
        <w:tc>
          <w:tcPr>
            <w:tcW w:w="0" w:type="auto"/>
            <w:hideMark/>
          </w:tcPr>
          <w:p w14:paraId="5D830729" w14:textId="77777777" w:rsidR="008E1FC4" w:rsidRDefault="008E1FC4">
            <w:r>
              <w:t>Duty manager cascade</w:t>
            </w:r>
          </w:p>
        </w:tc>
        <w:tc>
          <w:tcPr>
            <w:tcW w:w="0" w:type="auto"/>
            <w:hideMark/>
          </w:tcPr>
          <w:p w14:paraId="06B6A490" w14:textId="77777777" w:rsidR="008E1FC4" w:rsidRDefault="008E1FC4">
            <w:r>
              <w:t>Activate plan, coordinate safety and recovery.</w:t>
            </w:r>
          </w:p>
        </w:tc>
      </w:tr>
      <w:tr w:rsidR="008E1FC4" w14:paraId="2D56504D" w14:textId="77777777">
        <w:tc>
          <w:tcPr>
            <w:tcW w:w="0" w:type="auto"/>
            <w:hideMark/>
          </w:tcPr>
          <w:p w14:paraId="04929258" w14:textId="77777777" w:rsidR="008E1FC4" w:rsidRDefault="008E1FC4">
            <w:r>
              <w:t>Deputy</w:t>
            </w:r>
          </w:p>
        </w:tc>
        <w:tc>
          <w:tcPr>
            <w:tcW w:w="0" w:type="auto"/>
            <w:hideMark/>
          </w:tcPr>
          <w:p w14:paraId="0604F4DE" w14:textId="77777777" w:rsidR="008E1FC4" w:rsidRDefault="008E1FC4">
            <w:r>
              <w:t>Jamie Reed</w:t>
            </w:r>
          </w:p>
        </w:tc>
        <w:tc>
          <w:tcPr>
            <w:tcW w:w="0" w:type="auto"/>
            <w:hideMark/>
          </w:tcPr>
          <w:p w14:paraId="07329349" w14:textId="77777777" w:rsidR="008E1FC4" w:rsidRDefault="008E1FC4">
            <w:r>
              <w:t>Work mobile</w:t>
            </w:r>
          </w:p>
        </w:tc>
        <w:tc>
          <w:tcPr>
            <w:tcW w:w="0" w:type="auto"/>
            <w:hideMark/>
          </w:tcPr>
          <w:p w14:paraId="3A49188F" w14:textId="77777777" w:rsidR="008E1FC4" w:rsidRDefault="008E1FC4">
            <w:r>
              <w:t xml:space="preserve">Duty </w:t>
            </w:r>
            <w:proofErr w:type="spellStart"/>
            <w:r>
              <w:t>rota</w:t>
            </w:r>
            <w:proofErr w:type="spellEnd"/>
          </w:p>
        </w:tc>
        <w:tc>
          <w:tcPr>
            <w:tcW w:w="0" w:type="auto"/>
            <w:hideMark/>
          </w:tcPr>
          <w:p w14:paraId="213FF2E7" w14:textId="77777777" w:rsidR="008E1FC4" w:rsidRDefault="008E1FC4">
            <w:proofErr w:type="spellStart"/>
            <w:r>
              <w:t>Deputise</w:t>
            </w:r>
            <w:proofErr w:type="spellEnd"/>
            <w:r>
              <w:t xml:space="preserve"> and </w:t>
            </w:r>
            <w:proofErr w:type="gramStart"/>
            <w:r>
              <w:t>lead</w:t>
            </w:r>
            <w:proofErr w:type="gramEnd"/>
            <w:r>
              <w:t xml:space="preserve"> kitchen recovery.</w:t>
            </w:r>
          </w:p>
        </w:tc>
      </w:tr>
      <w:tr w:rsidR="008E1FC4" w14:paraId="24975034" w14:textId="77777777">
        <w:tc>
          <w:tcPr>
            <w:tcW w:w="0" w:type="auto"/>
            <w:hideMark/>
          </w:tcPr>
          <w:p w14:paraId="63535F48" w14:textId="77777777" w:rsidR="008E1FC4" w:rsidRDefault="008E1FC4">
            <w:r>
              <w:t>Business continuity lead</w:t>
            </w:r>
          </w:p>
        </w:tc>
        <w:tc>
          <w:tcPr>
            <w:tcW w:w="0" w:type="auto"/>
            <w:hideMark/>
          </w:tcPr>
          <w:p w14:paraId="107B27AC" w14:textId="77777777" w:rsidR="008E1FC4" w:rsidRDefault="008E1FC4">
            <w:r>
              <w:t>Alex Morgan</w:t>
            </w:r>
          </w:p>
        </w:tc>
        <w:tc>
          <w:tcPr>
            <w:tcW w:w="0" w:type="auto"/>
            <w:hideMark/>
          </w:tcPr>
          <w:p w14:paraId="5FADB525" w14:textId="77777777" w:rsidR="008E1FC4" w:rsidRDefault="008E1FC4">
            <w:r>
              <w:t>Work mobile/email</w:t>
            </w:r>
          </w:p>
        </w:tc>
        <w:tc>
          <w:tcPr>
            <w:tcW w:w="0" w:type="auto"/>
            <w:hideMark/>
          </w:tcPr>
          <w:p w14:paraId="260B271B" w14:textId="77777777" w:rsidR="008E1FC4" w:rsidRDefault="008E1FC4">
            <w:r>
              <w:t>Managing Director</w:t>
            </w:r>
          </w:p>
        </w:tc>
        <w:tc>
          <w:tcPr>
            <w:tcW w:w="0" w:type="auto"/>
            <w:hideMark/>
          </w:tcPr>
          <w:p w14:paraId="14E80869" w14:textId="77777777" w:rsidR="008E1FC4" w:rsidRDefault="008E1FC4">
            <w:r>
              <w:t>Priorities, workarounds, communications and review.</w:t>
            </w:r>
          </w:p>
        </w:tc>
      </w:tr>
      <w:tr w:rsidR="008E1FC4" w14:paraId="5660778E" w14:textId="77777777">
        <w:tc>
          <w:tcPr>
            <w:tcW w:w="0" w:type="auto"/>
            <w:hideMark/>
          </w:tcPr>
          <w:p w14:paraId="5BECAD3C" w14:textId="77777777" w:rsidR="008E1FC4" w:rsidRDefault="008E1FC4">
            <w:r>
              <w:t>Landlord / managing agent</w:t>
            </w:r>
          </w:p>
        </w:tc>
        <w:tc>
          <w:tcPr>
            <w:tcW w:w="0" w:type="auto"/>
            <w:hideMark/>
          </w:tcPr>
          <w:p w14:paraId="21BEC88A" w14:textId="77777777" w:rsidR="008E1FC4" w:rsidRDefault="008E1FC4">
            <w:r>
              <w:t>Riverside Property Management</w:t>
            </w:r>
          </w:p>
        </w:tc>
        <w:tc>
          <w:tcPr>
            <w:tcW w:w="0" w:type="auto"/>
            <w:hideMark/>
          </w:tcPr>
          <w:p w14:paraId="2F2025A2" w14:textId="77777777" w:rsidR="008E1FC4" w:rsidRDefault="008E1FC4">
            <w:r>
              <w:t>Property helpdesk</w:t>
            </w:r>
          </w:p>
        </w:tc>
        <w:tc>
          <w:tcPr>
            <w:tcW w:w="0" w:type="auto"/>
            <w:hideMark/>
          </w:tcPr>
          <w:p w14:paraId="7F5086F9" w14:textId="77777777" w:rsidR="008E1FC4" w:rsidRDefault="008E1FC4">
            <w:r>
              <w:t>Emergency property line</w:t>
            </w:r>
          </w:p>
        </w:tc>
        <w:tc>
          <w:tcPr>
            <w:tcW w:w="0" w:type="auto"/>
            <w:hideMark/>
          </w:tcPr>
          <w:p w14:paraId="4F56F777" w14:textId="77777777" w:rsidR="008E1FC4" w:rsidRDefault="008E1FC4">
            <w:r>
              <w:t>Access, repairs, utilities and safety evidence.</w:t>
            </w:r>
          </w:p>
        </w:tc>
      </w:tr>
      <w:tr w:rsidR="008E1FC4" w14:paraId="6F5FFFAC" w14:textId="77777777">
        <w:tc>
          <w:tcPr>
            <w:tcW w:w="0" w:type="auto"/>
            <w:hideMark/>
          </w:tcPr>
          <w:p w14:paraId="4DD76EEF" w14:textId="77777777" w:rsidR="008E1FC4" w:rsidRDefault="008E1FC4">
            <w:r>
              <w:lastRenderedPageBreak/>
              <w:t>Facilities / maintenance</w:t>
            </w:r>
          </w:p>
        </w:tc>
        <w:tc>
          <w:tcPr>
            <w:tcW w:w="0" w:type="auto"/>
            <w:hideMark/>
          </w:tcPr>
          <w:p w14:paraId="5CC79353" w14:textId="77777777" w:rsidR="008E1FC4" w:rsidRDefault="008E1FC4">
            <w:r>
              <w:t>Eastgate Facilities Ltd</w:t>
            </w:r>
          </w:p>
        </w:tc>
        <w:tc>
          <w:tcPr>
            <w:tcW w:w="0" w:type="auto"/>
            <w:hideMark/>
          </w:tcPr>
          <w:p w14:paraId="6F6BC272" w14:textId="77777777" w:rsidR="008E1FC4" w:rsidRDefault="008E1FC4">
            <w:r>
              <w:t>Service desk</w:t>
            </w:r>
          </w:p>
        </w:tc>
        <w:tc>
          <w:tcPr>
            <w:tcW w:w="0" w:type="auto"/>
            <w:hideMark/>
          </w:tcPr>
          <w:p w14:paraId="140F93D1" w14:textId="77777777" w:rsidR="008E1FC4" w:rsidRDefault="008E1FC4">
            <w:r>
              <w:t>Call-out line</w:t>
            </w:r>
          </w:p>
        </w:tc>
        <w:tc>
          <w:tcPr>
            <w:tcW w:w="0" w:type="auto"/>
            <w:hideMark/>
          </w:tcPr>
          <w:p w14:paraId="34A66AE7" w14:textId="77777777" w:rsidR="008E1FC4" w:rsidRDefault="008E1FC4">
            <w:r>
              <w:t>Isolation, repair and inspection.</w:t>
            </w:r>
          </w:p>
        </w:tc>
      </w:tr>
      <w:tr w:rsidR="008E1FC4" w14:paraId="62F50FB5" w14:textId="77777777">
        <w:tc>
          <w:tcPr>
            <w:tcW w:w="0" w:type="auto"/>
            <w:hideMark/>
          </w:tcPr>
          <w:p w14:paraId="50E06EEE" w14:textId="77777777" w:rsidR="008E1FC4" w:rsidRDefault="008E1FC4">
            <w:r>
              <w:t>Health and safety adviser</w:t>
            </w:r>
          </w:p>
        </w:tc>
        <w:tc>
          <w:tcPr>
            <w:tcW w:w="0" w:type="auto"/>
            <w:hideMark/>
          </w:tcPr>
          <w:p w14:paraId="4D0C8DA2" w14:textId="77777777" w:rsidR="008E1FC4" w:rsidRDefault="008E1FC4">
            <w:r>
              <w:t>SafeWork Advisory</w:t>
            </w:r>
          </w:p>
        </w:tc>
        <w:tc>
          <w:tcPr>
            <w:tcW w:w="0" w:type="auto"/>
            <w:hideMark/>
          </w:tcPr>
          <w:p w14:paraId="75A24C47" w14:textId="77777777" w:rsidR="008E1FC4" w:rsidRDefault="008E1FC4">
            <w:r>
              <w:t>Consultant line</w:t>
            </w:r>
          </w:p>
        </w:tc>
        <w:tc>
          <w:tcPr>
            <w:tcW w:w="0" w:type="auto"/>
            <w:hideMark/>
          </w:tcPr>
          <w:p w14:paraId="6E55241F" w14:textId="77777777" w:rsidR="008E1FC4" w:rsidRDefault="008E1FC4">
            <w:r>
              <w:t>Emergency advice line</w:t>
            </w:r>
          </w:p>
        </w:tc>
        <w:tc>
          <w:tcPr>
            <w:tcW w:w="0" w:type="auto"/>
            <w:hideMark/>
          </w:tcPr>
          <w:p w14:paraId="53579B7E" w14:textId="77777777" w:rsidR="008E1FC4" w:rsidRDefault="008E1FC4">
            <w:r>
              <w:t>Risk, investigation and reoccupation advice.</w:t>
            </w:r>
          </w:p>
        </w:tc>
      </w:tr>
      <w:tr w:rsidR="008E1FC4" w14:paraId="42C0FC49" w14:textId="77777777">
        <w:tc>
          <w:tcPr>
            <w:tcW w:w="0" w:type="auto"/>
            <w:hideMark/>
          </w:tcPr>
          <w:p w14:paraId="6E6871E9" w14:textId="77777777" w:rsidR="008E1FC4" w:rsidRDefault="008E1FC4">
            <w:r>
              <w:t>Security / alarm provider</w:t>
            </w:r>
          </w:p>
        </w:tc>
        <w:tc>
          <w:tcPr>
            <w:tcW w:w="0" w:type="auto"/>
            <w:hideMark/>
          </w:tcPr>
          <w:p w14:paraId="37E6EBB6" w14:textId="77777777" w:rsidR="008E1FC4" w:rsidRDefault="008E1FC4">
            <w:proofErr w:type="spellStart"/>
            <w:r>
              <w:t>SecureWatch</w:t>
            </w:r>
            <w:proofErr w:type="spellEnd"/>
            <w:r>
              <w:t xml:space="preserve"> Ltd</w:t>
            </w:r>
          </w:p>
        </w:tc>
        <w:tc>
          <w:tcPr>
            <w:tcW w:w="0" w:type="auto"/>
            <w:hideMark/>
          </w:tcPr>
          <w:p w14:paraId="30ED6688" w14:textId="77777777" w:rsidR="008E1FC4" w:rsidRDefault="008E1FC4">
            <w:r>
              <w:t>Control room</w:t>
            </w:r>
          </w:p>
        </w:tc>
        <w:tc>
          <w:tcPr>
            <w:tcW w:w="0" w:type="auto"/>
            <w:hideMark/>
          </w:tcPr>
          <w:p w14:paraId="1E8338D7" w14:textId="77777777" w:rsidR="008E1FC4" w:rsidRDefault="008E1FC4">
            <w:r>
              <w:t>24-hour control room</w:t>
            </w:r>
          </w:p>
        </w:tc>
        <w:tc>
          <w:tcPr>
            <w:tcW w:w="0" w:type="auto"/>
            <w:hideMark/>
          </w:tcPr>
          <w:p w14:paraId="2B2843E2" w14:textId="77777777" w:rsidR="008E1FC4" w:rsidRDefault="008E1FC4">
            <w:r>
              <w:t>Alarm response and temporary security.</w:t>
            </w:r>
          </w:p>
        </w:tc>
      </w:tr>
      <w:tr w:rsidR="008E1FC4" w14:paraId="0CECB099" w14:textId="77777777">
        <w:tc>
          <w:tcPr>
            <w:tcW w:w="0" w:type="auto"/>
            <w:hideMark/>
          </w:tcPr>
          <w:p w14:paraId="009B456E" w14:textId="77777777" w:rsidR="008E1FC4" w:rsidRDefault="008E1FC4">
            <w:r>
              <w:t xml:space="preserve">IT / </w:t>
            </w:r>
            <w:proofErr w:type="gramStart"/>
            <w:r>
              <w:t>telecoms</w:t>
            </w:r>
            <w:proofErr w:type="gramEnd"/>
            <w:r>
              <w:t xml:space="preserve"> support</w:t>
            </w:r>
          </w:p>
        </w:tc>
        <w:tc>
          <w:tcPr>
            <w:tcW w:w="0" w:type="auto"/>
            <w:hideMark/>
          </w:tcPr>
          <w:p w14:paraId="5FC33652" w14:textId="77777777" w:rsidR="008E1FC4" w:rsidRDefault="008E1FC4">
            <w:r>
              <w:t>Managed IT Support</w:t>
            </w:r>
          </w:p>
        </w:tc>
        <w:tc>
          <w:tcPr>
            <w:tcW w:w="0" w:type="auto"/>
            <w:hideMark/>
          </w:tcPr>
          <w:p w14:paraId="5F07CBD1" w14:textId="77777777" w:rsidR="008E1FC4" w:rsidRDefault="008E1FC4">
            <w:r>
              <w:t>Support portal/phone</w:t>
            </w:r>
          </w:p>
        </w:tc>
        <w:tc>
          <w:tcPr>
            <w:tcW w:w="0" w:type="auto"/>
            <w:hideMark/>
          </w:tcPr>
          <w:p w14:paraId="49230909" w14:textId="77777777" w:rsidR="008E1FC4" w:rsidRDefault="008E1FC4">
            <w:r>
              <w:t>Critical incident line</w:t>
            </w:r>
          </w:p>
        </w:tc>
        <w:tc>
          <w:tcPr>
            <w:tcW w:w="0" w:type="auto"/>
            <w:hideMark/>
          </w:tcPr>
          <w:p w14:paraId="601E7EA0" w14:textId="77777777" w:rsidR="008E1FC4" w:rsidRDefault="008E1FC4">
            <w:r>
              <w:t>Contain faults and restore trusted systems.</w:t>
            </w:r>
          </w:p>
        </w:tc>
      </w:tr>
      <w:tr w:rsidR="008E1FC4" w14:paraId="21672A1C" w14:textId="77777777">
        <w:tc>
          <w:tcPr>
            <w:tcW w:w="0" w:type="auto"/>
            <w:hideMark/>
          </w:tcPr>
          <w:p w14:paraId="6F3F8358" w14:textId="77777777" w:rsidR="008E1FC4" w:rsidRDefault="008E1FC4">
            <w:r>
              <w:t>Insurer</w:t>
            </w:r>
          </w:p>
        </w:tc>
        <w:tc>
          <w:tcPr>
            <w:tcW w:w="0" w:type="auto"/>
            <w:hideMark/>
          </w:tcPr>
          <w:p w14:paraId="729EB5C9" w14:textId="77777777" w:rsidR="008E1FC4" w:rsidRDefault="008E1FC4">
            <w:r>
              <w:t>Example Commercial Insurance</w:t>
            </w:r>
          </w:p>
        </w:tc>
        <w:tc>
          <w:tcPr>
            <w:tcW w:w="0" w:type="auto"/>
            <w:hideMark/>
          </w:tcPr>
          <w:p w14:paraId="4DB0D2BC" w14:textId="77777777" w:rsidR="008E1FC4" w:rsidRDefault="008E1FC4">
            <w:r>
              <w:t>Claims line</w:t>
            </w:r>
          </w:p>
        </w:tc>
        <w:tc>
          <w:tcPr>
            <w:tcW w:w="0" w:type="auto"/>
            <w:hideMark/>
          </w:tcPr>
          <w:p w14:paraId="139153BC" w14:textId="77777777" w:rsidR="008E1FC4" w:rsidRDefault="008E1FC4">
            <w:r>
              <w:t>24-hour claims line</w:t>
            </w:r>
          </w:p>
        </w:tc>
        <w:tc>
          <w:tcPr>
            <w:tcW w:w="0" w:type="auto"/>
            <w:hideMark/>
          </w:tcPr>
          <w:p w14:paraId="49461A2E" w14:textId="77777777" w:rsidR="008E1FC4" w:rsidRDefault="008E1FC4">
            <w:r>
              <w:t>Loss notification and evidence advice.</w:t>
            </w:r>
          </w:p>
        </w:tc>
      </w:tr>
      <w:tr w:rsidR="008E1FC4" w14:paraId="02A1C8BC" w14:textId="77777777">
        <w:tc>
          <w:tcPr>
            <w:tcW w:w="0" w:type="auto"/>
            <w:hideMark/>
          </w:tcPr>
          <w:p w14:paraId="0DC72E05" w14:textId="77777777" w:rsidR="008E1FC4" w:rsidRDefault="008E1FC4">
            <w:r>
              <w:t>Utility providers</w:t>
            </w:r>
          </w:p>
        </w:tc>
        <w:tc>
          <w:tcPr>
            <w:tcW w:w="0" w:type="auto"/>
            <w:hideMark/>
          </w:tcPr>
          <w:p w14:paraId="2D3D31FC" w14:textId="77777777" w:rsidR="008E1FC4" w:rsidRDefault="008E1FC4">
            <w:r>
              <w:t>Electricity and water network operators</w:t>
            </w:r>
          </w:p>
        </w:tc>
        <w:tc>
          <w:tcPr>
            <w:tcW w:w="0" w:type="auto"/>
            <w:hideMark/>
          </w:tcPr>
          <w:p w14:paraId="1FB364EB" w14:textId="77777777" w:rsidR="008E1FC4" w:rsidRDefault="008E1FC4">
            <w:r>
              <w:t>Published fault lines</w:t>
            </w:r>
          </w:p>
        </w:tc>
        <w:tc>
          <w:tcPr>
            <w:tcW w:w="0" w:type="auto"/>
            <w:hideMark/>
          </w:tcPr>
          <w:p w14:paraId="40335314" w14:textId="77777777" w:rsidR="008E1FC4" w:rsidRDefault="008E1FC4">
            <w:r>
              <w:t>24-hour emergency lines</w:t>
            </w:r>
          </w:p>
        </w:tc>
        <w:tc>
          <w:tcPr>
            <w:tcW w:w="0" w:type="auto"/>
            <w:hideMark/>
          </w:tcPr>
          <w:p w14:paraId="0C06F997" w14:textId="77777777" w:rsidR="008E1FC4" w:rsidRDefault="008E1FC4">
            <w:r>
              <w:t>Supply status and emergency response.</w:t>
            </w:r>
          </w:p>
        </w:tc>
      </w:tr>
    </w:tbl>
    <w:p w14:paraId="5A39BBE3" w14:textId="77777777" w:rsidR="00CA609D" w:rsidRDefault="00CA609D">
      <w:pPr>
        <w:spacing w:after="20"/>
      </w:pPr>
    </w:p>
    <w:p w14:paraId="4B128717" w14:textId="77777777" w:rsidR="00CA609D" w:rsidRDefault="006A721B">
      <w:pPr>
        <w:pStyle w:val="Heading1"/>
      </w:pPr>
      <w:r>
        <w:t>Access, safety and key information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1"/>
        <w:gridCol w:w="4845"/>
        <w:gridCol w:w="2050"/>
        <w:gridCol w:w="1474"/>
      </w:tblGrid>
      <w:tr w:rsidR="00CC62C1" w14:paraId="68FEF58F" w14:textId="77777777">
        <w:tc>
          <w:tcPr>
            <w:tcW w:w="0" w:type="auto"/>
            <w:shd w:val="clear" w:color="auto" w:fill="156082"/>
            <w:hideMark/>
          </w:tcPr>
          <w:p w14:paraId="6E624716" w14:textId="77777777" w:rsidR="00CC62C1" w:rsidRDefault="00CC62C1">
            <w:pPr>
              <w:rPr>
                <w:kern w:val="2"/>
                <w:szCs w:val="20"/>
                <w:lang w:val="en-GB" w:eastAsia="en-GB"/>
                <w14:ligatures w14:val="standardContextual"/>
              </w:rPr>
            </w:pPr>
            <w:r>
              <w:rPr>
                <w:b/>
                <w:bCs/>
              </w:rPr>
              <w:t>Information</w:t>
            </w:r>
          </w:p>
        </w:tc>
        <w:tc>
          <w:tcPr>
            <w:tcW w:w="0" w:type="auto"/>
            <w:shd w:val="clear" w:color="auto" w:fill="156082"/>
            <w:hideMark/>
          </w:tcPr>
          <w:p w14:paraId="4B4E0403" w14:textId="77777777" w:rsidR="00CC62C1" w:rsidRDefault="00CC62C1">
            <w:r>
              <w:rPr>
                <w:b/>
                <w:bCs/>
              </w:rPr>
              <w:t>Location / arrangement</w:t>
            </w:r>
          </w:p>
        </w:tc>
        <w:tc>
          <w:tcPr>
            <w:tcW w:w="0" w:type="auto"/>
            <w:shd w:val="clear" w:color="auto" w:fill="156082"/>
            <w:hideMark/>
          </w:tcPr>
          <w:p w14:paraId="0AFCCC06" w14:textId="77777777" w:rsidR="00CC62C1" w:rsidRDefault="00CC62C1">
            <w:r>
              <w:rPr>
                <w:b/>
                <w:bCs/>
              </w:rPr>
              <w:t>Holder / contact</w:t>
            </w:r>
          </w:p>
        </w:tc>
        <w:tc>
          <w:tcPr>
            <w:tcW w:w="0" w:type="auto"/>
            <w:shd w:val="clear" w:color="auto" w:fill="156082"/>
            <w:hideMark/>
          </w:tcPr>
          <w:p w14:paraId="1F2BA8FF" w14:textId="77777777" w:rsidR="00CC62C1" w:rsidRDefault="00CC62C1">
            <w:r>
              <w:rPr>
                <w:b/>
                <w:bCs/>
              </w:rPr>
              <w:t>Last checked</w:t>
            </w:r>
          </w:p>
        </w:tc>
      </w:tr>
      <w:tr w:rsidR="00CC62C1" w14:paraId="3A456B8D" w14:textId="77777777">
        <w:tc>
          <w:tcPr>
            <w:tcW w:w="0" w:type="auto"/>
            <w:hideMark/>
          </w:tcPr>
          <w:p w14:paraId="181F4E43" w14:textId="77777777" w:rsidR="00CC62C1" w:rsidRDefault="00CC62C1">
            <w:r>
              <w:t>Keys and access</w:t>
            </w:r>
          </w:p>
        </w:tc>
        <w:tc>
          <w:tcPr>
            <w:tcW w:w="0" w:type="auto"/>
            <w:hideMark/>
          </w:tcPr>
          <w:p w14:paraId="040A159E" w14:textId="77777777" w:rsidR="00CC62C1" w:rsidRDefault="00CC62C1">
            <w:r>
              <w:t xml:space="preserve">Secure key cabinet in manager’s office; spare sealed set at community </w:t>
            </w:r>
            <w:proofErr w:type="spellStart"/>
            <w:r>
              <w:t>centre</w:t>
            </w:r>
            <w:proofErr w:type="spellEnd"/>
            <w:r>
              <w:t>.</w:t>
            </w:r>
          </w:p>
        </w:tc>
        <w:tc>
          <w:tcPr>
            <w:tcW w:w="0" w:type="auto"/>
            <w:hideMark/>
          </w:tcPr>
          <w:p w14:paraId="11EC077F" w14:textId="77777777" w:rsidR="00CC62C1" w:rsidRDefault="00CC62C1">
            <w:r>
              <w:t>Business Manager / Centre Manager</w:t>
            </w:r>
          </w:p>
        </w:tc>
        <w:tc>
          <w:tcPr>
            <w:tcW w:w="0" w:type="auto"/>
            <w:hideMark/>
          </w:tcPr>
          <w:p w14:paraId="26E85659" w14:textId="77777777" w:rsidR="00CC62C1" w:rsidRDefault="00CC62C1">
            <w:r>
              <w:t>1 September 2026</w:t>
            </w:r>
          </w:p>
        </w:tc>
      </w:tr>
      <w:tr w:rsidR="00CC62C1" w14:paraId="74781E03" w14:textId="77777777">
        <w:tc>
          <w:tcPr>
            <w:tcW w:w="0" w:type="auto"/>
            <w:hideMark/>
          </w:tcPr>
          <w:p w14:paraId="143BC430" w14:textId="77777777" w:rsidR="00CC62C1" w:rsidRDefault="00CC62C1">
            <w:r>
              <w:t>Alarm / access codes</w:t>
            </w:r>
          </w:p>
        </w:tc>
        <w:tc>
          <w:tcPr>
            <w:tcW w:w="0" w:type="auto"/>
            <w:hideMark/>
          </w:tcPr>
          <w:p w14:paraId="53E20F3F" w14:textId="77777777" w:rsidR="00CC62C1" w:rsidRDefault="00CC62C1">
            <w:r>
              <w:t>Held only in the controlled password vault and sealed emergency envelope.</w:t>
            </w:r>
          </w:p>
        </w:tc>
        <w:tc>
          <w:tcPr>
            <w:tcW w:w="0" w:type="auto"/>
            <w:hideMark/>
          </w:tcPr>
          <w:p w14:paraId="226FCB5D" w14:textId="77777777" w:rsidR="00CC62C1" w:rsidRDefault="00CC62C1">
            <w:r>
              <w:t>Business Manager</w:t>
            </w:r>
          </w:p>
        </w:tc>
        <w:tc>
          <w:tcPr>
            <w:tcW w:w="0" w:type="auto"/>
            <w:hideMark/>
          </w:tcPr>
          <w:p w14:paraId="35D982B5" w14:textId="77777777" w:rsidR="00CC62C1" w:rsidRDefault="00CC62C1">
            <w:r>
              <w:t>1 September 2026</w:t>
            </w:r>
          </w:p>
        </w:tc>
      </w:tr>
      <w:tr w:rsidR="00CC62C1" w14:paraId="336A73E4" w14:textId="77777777">
        <w:tc>
          <w:tcPr>
            <w:tcW w:w="0" w:type="auto"/>
            <w:hideMark/>
          </w:tcPr>
          <w:p w14:paraId="3F244523" w14:textId="77777777" w:rsidR="00CC62C1" w:rsidRDefault="00CC62C1">
            <w:r>
              <w:t>Fire information and refuge points</w:t>
            </w:r>
          </w:p>
        </w:tc>
        <w:tc>
          <w:tcPr>
            <w:tcW w:w="0" w:type="auto"/>
            <w:hideMark/>
          </w:tcPr>
          <w:p w14:paraId="6D7D26DB" w14:textId="77777777" w:rsidR="00CC62C1" w:rsidRDefault="00CC62C1">
            <w:r>
              <w:t>Fire folder at reception; refuge point beside first-floor protected stair.</w:t>
            </w:r>
          </w:p>
        </w:tc>
        <w:tc>
          <w:tcPr>
            <w:tcW w:w="0" w:type="auto"/>
            <w:hideMark/>
          </w:tcPr>
          <w:p w14:paraId="754882E9" w14:textId="77777777" w:rsidR="00CC62C1" w:rsidRDefault="00CC62C1">
            <w:r>
              <w:t>Duty manager</w:t>
            </w:r>
          </w:p>
        </w:tc>
        <w:tc>
          <w:tcPr>
            <w:tcW w:w="0" w:type="auto"/>
            <w:hideMark/>
          </w:tcPr>
          <w:p w14:paraId="79D31F73" w14:textId="77777777" w:rsidR="00CC62C1" w:rsidRDefault="00CC62C1">
            <w:r>
              <w:t>5 September 2026</w:t>
            </w:r>
          </w:p>
        </w:tc>
      </w:tr>
      <w:tr w:rsidR="00CC62C1" w14:paraId="61500097" w14:textId="77777777">
        <w:tc>
          <w:tcPr>
            <w:tcW w:w="0" w:type="auto"/>
            <w:hideMark/>
          </w:tcPr>
          <w:p w14:paraId="15ECC813" w14:textId="77777777" w:rsidR="00CC62C1" w:rsidRDefault="00CC62C1">
            <w:r>
              <w:t>Evacuation equipment</w:t>
            </w:r>
          </w:p>
        </w:tc>
        <w:tc>
          <w:tcPr>
            <w:tcW w:w="0" w:type="auto"/>
            <w:hideMark/>
          </w:tcPr>
          <w:p w14:paraId="37C43700" w14:textId="77777777" w:rsidR="00CC62C1" w:rsidRDefault="00CC62C1">
            <w:r>
              <w:t xml:space="preserve">Evacuation chair </w:t>
            </w:r>
            <w:proofErr w:type="gramStart"/>
            <w:r>
              <w:t>at</w:t>
            </w:r>
            <w:proofErr w:type="gramEnd"/>
            <w:r>
              <w:t xml:space="preserve"> first-floor stair; hi-vis vests and roll call list in grab bag.</w:t>
            </w:r>
          </w:p>
        </w:tc>
        <w:tc>
          <w:tcPr>
            <w:tcW w:w="0" w:type="auto"/>
            <w:hideMark/>
          </w:tcPr>
          <w:p w14:paraId="7D7EDA61" w14:textId="77777777" w:rsidR="00CC62C1" w:rsidRDefault="00CC62C1">
            <w:r>
              <w:t>Shift Supervisor</w:t>
            </w:r>
          </w:p>
        </w:tc>
        <w:tc>
          <w:tcPr>
            <w:tcW w:w="0" w:type="auto"/>
            <w:hideMark/>
          </w:tcPr>
          <w:p w14:paraId="068CC436" w14:textId="77777777" w:rsidR="00CC62C1" w:rsidRDefault="00CC62C1">
            <w:r>
              <w:t>5 September 2026</w:t>
            </w:r>
          </w:p>
        </w:tc>
      </w:tr>
      <w:tr w:rsidR="00CC62C1" w14:paraId="560DF85A" w14:textId="77777777">
        <w:tc>
          <w:tcPr>
            <w:tcW w:w="0" w:type="auto"/>
            <w:hideMark/>
          </w:tcPr>
          <w:p w14:paraId="55338ACE" w14:textId="77777777" w:rsidR="00CC62C1" w:rsidRDefault="00CC62C1">
            <w:r>
              <w:t xml:space="preserve">Main utility </w:t>
            </w:r>
            <w:proofErr w:type="gramStart"/>
            <w:r>
              <w:t>shut-offs</w:t>
            </w:r>
            <w:proofErr w:type="gramEnd"/>
          </w:p>
        </w:tc>
        <w:tc>
          <w:tcPr>
            <w:tcW w:w="0" w:type="auto"/>
            <w:hideMark/>
          </w:tcPr>
          <w:p w14:paraId="3560D488" w14:textId="77777777" w:rsidR="00CC62C1" w:rsidRDefault="00CC62C1">
            <w:r>
              <w:t xml:space="preserve">Electricity in rear intake cupboard; water stopcock in ground-floor store. Operated only by </w:t>
            </w:r>
            <w:proofErr w:type="spellStart"/>
            <w:r>
              <w:t>authorised</w:t>
            </w:r>
            <w:proofErr w:type="spellEnd"/>
            <w:r>
              <w:t xml:space="preserve"> persons.</w:t>
            </w:r>
          </w:p>
        </w:tc>
        <w:tc>
          <w:tcPr>
            <w:tcW w:w="0" w:type="auto"/>
            <w:hideMark/>
          </w:tcPr>
          <w:p w14:paraId="5EC63B1F" w14:textId="77777777" w:rsidR="00CC62C1" w:rsidRDefault="00CC62C1">
            <w:r>
              <w:t>Facilities contractor</w:t>
            </w:r>
          </w:p>
        </w:tc>
        <w:tc>
          <w:tcPr>
            <w:tcW w:w="0" w:type="auto"/>
            <w:hideMark/>
          </w:tcPr>
          <w:p w14:paraId="75D70CAB" w14:textId="77777777" w:rsidR="00CC62C1" w:rsidRDefault="00CC62C1">
            <w:r>
              <w:t>2 September 2026</w:t>
            </w:r>
          </w:p>
        </w:tc>
      </w:tr>
      <w:tr w:rsidR="00CC62C1" w14:paraId="4DA82A79" w14:textId="77777777">
        <w:tc>
          <w:tcPr>
            <w:tcW w:w="0" w:type="auto"/>
            <w:hideMark/>
          </w:tcPr>
          <w:p w14:paraId="70FD74D3" w14:textId="77777777" w:rsidR="00CC62C1" w:rsidRDefault="00CC62C1">
            <w:r>
              <w:t>First aid / AED</w:t>
            </w:r>
          </w:p>
        </w:tc>
        <w:tc>
          <w:tcPr>
            <w:tcW w:w="0" w:type="auto"/>
            <w:hideMark/>
          </w:tcPr>
          <w:p w14:paraId="4677C494" w14:textId="77777777" w:rsidR="00CC62C1" w:rsidRDefault="00CC62C1">
            <w:r>
              <w:t xml:space="preserve">First aid kits in kitchen and office; AED in community </w:t>
            </w:r>
            <w:proofErr w:type="spellStart"/>
            <w:r>
              <w:t>centre</w:t>
            </w:r>
            <w:proofErr w:type="spellEnd"/>
            <w:r>
              <w:t xml:space="preserve"> entrance.</w:t>
            </w:r>
          </w:p>
        </w:tc>
        <w:tc>
          <w:tcPr>
            <w:tcW w:w="0" w:type="auto"/>
            <w:hideMark/>
          </w:tcPr>
          <w:p w14:paraId="7BBD3A67" w14:textId="77777777" w:rsidR="00CC62C1" w:rsidRDefault="00CC62C1">
            <w:r>
              <w:t>Shift Supervisor</w:t>
            </w:r>
          </w:p>
        </w:tc>
        <w:tc>
          <w:tcPr>
            <w:tcW w:w="0" w:type="auto"/>
            <w:hideMark/>
          </w:tcPr>
          <w:p w14:paraId="25767D0D" w14:textId="77777777" w:rsidR="00CC62C1" w:rsidRDefault="00CC62C1">
            <w:r>
              <w:t>10 September 2026</w:t>
            </w:r>
          </w:p>
        </w:tc>
      </w:tr>
      <w:tr w:rsidR="00CC62C1" w14:paraId="662C9D29" w14:textId="77777777">
        <w:tc>
          <w:tcPr>
            <w:tcW w:w="0" w:type="auto"/>
            <w:hideMark/>
          </w:tcPr>
          <w:p w14:paraId="47723A20" w14:textId="77777777" w:rsidR="00CC62C1" w:rsidRDefault="00CC62C1">
            <w:r>
              <w:t>Building and asbestos information</w:t>
            </w:r>
          </w:p>
        </w:tc>
        <w:tc>
          <w:tcPr>
            <w:tcW w:w="0" w:type="auto"/>
            <w:hideMark/>
          </w:tcPr>
          <w:p w14:paraId="042CB31F" w14:textId="77777777" w:rsidR="00CC62C1" w:rsidRDefault="00CC62C1">
            <w:r>
              <w:t>Controlled building file and asbestos register in manager’s office and landlord portal.</w:t>
            </w:r>
          </w:p>
        </w:tc>
        <w:tc>
          <w:tcPr>
            <w:tcW w:w="0" w:type="auto"/>
            <w:hideMark/>
          </w:tcPr>
          <w:p w14:paraId="41E06967" w14:textId="77777777" w:rsidR="00CC62C1" w:rsidRDefault="00CC62C1">
            <w:r>
              <w:t>Landlord</w:t>
            </w:r>
          </w:p>
        </w:tc>
        <w:tc>
          <w:tcPr>
            <w:tcW w:w="0" w:type="auto"/>
            <w:hideMark/>
          </w:tcPr>
          <w:p w14:paraId="593876A6" w14:textId="77777777" w:rsidR="00CC62C1" w:rsidRDefault="00CC62C1">
            <w:r>
              <w:t>1 August 2026</w:t>
            </w:r>
          </w:p>
        </w:tc>
      </w:tr>
      <w:tr w:rsidR="00CC62C1" w14:paraId="75497DFD" w14:textId="77777777">
        <w:tc>
          <w:tcPr>
            <w:tcW w:w="0" w:type="auto"/>
            <w:hideMark/>
          </w:tcPr>
          <w:p w14:paraId="58962C72" w14:textId="77777777" w:rsidR="00CC62C1" w:rsidRDefault="00CC62C1">
            <w:r>
              <w:t>Alternative entry / loading</w:t>
            </w:r>
          </w:p>
        </w:tc>
        <w:tc>
          <w:tcPr>
            <w:tcW w:w="0" w:type="auto"/>
            <w:hideMark/>
          </w:tcPr>
          <w:p w14:paraId="1434099A" w14:textId="77777777" w:rsidR="00CC62C1" w:rsidRDefault="00CC62C1">
            <w:r>
              <w:t xml:space="preserve">Rear service entrance via Riverside Lane; keep fire access and </w:t>
            </w:r>
            <w:proofErr w:type="spellStart"/>
            <w:r>
              <w:t>neighbouring</w:t>
            </w:r>
            <w:proofErr w:type="spellEnd"/>
            <w:r>
              <w:t xml:space="preserve"> units clear.</w:t>
            </w:r>
          </w:p>
        </w:tc>
        <w:tc>
          <w:tcPr>
            <w:tcW w:w="0" w:type="auto"/>
            <w:hideMark/>
          </w:tcPr>
          <w:p w14:paraId="2B6119E9" w14:textId="77777777" w:rsidR="00CC62C1" w:rsidRDefault="00CC62C1">
            <w:r>
              <w:t>Duty manager</w:t>
            </w:r>
          </w:p>
        </w:tc>
        <w:tc>
          <w:tcPr>
            <w:tcW w:w="0" w:type="auto"/>
            <w:hideMark/>
          </w:tcPr>
          <w:p w14:paraId="472BC5A1" w14:textId="77777777" w:rsidR="00CC62C1" w:rsidRDefault="00CC62C1">
            <w:r>
              <w:t>12 September 2026</w:t>
            </w:r>
          </w:p>
        </w:tc>
      </w:tr>
    </w:tbl>
    <w:p w14:paraId="41C8F396" w14:textId="77777777" w:rsidR="00CA609D" w:rsidRDefault="00CA609D">
      <w:pPr>
        <w:spacing w:after="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224"/>
      </w:tblGrid>
      <w:tr w:rsidR="00CA609D" w14:paraId="655309C6" w14:textId="77777777">
        <w:tc>
          <w:tcPr>
            <w:tcW w:w="10224" w:type="dxa"/>
            <w:shd w:val="clear" w:color="auto" w:fill="FFF2C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65A0322" w14:textId="77777777" w:rsidR="00CA609D" w:rsidRDefault="006A721B">
            <w:r>
              <w:rPr>
                <w:b/>
              </w:rPr>
              <w:t>Protect access codes, alarm details, security information and personal contact details. Link to controlled emergency procedures rather than copying sensitive detail into this plan.</w:t>
            </w:r>
          </w:p>
        </w:tc>
      </w:tr>
    </w:tbl>
    <w:p w14:paraId="6B13DA16" w14:textId="77777777" w:rsidR="00CA609D" w:rsidRDefault="006A721B">
      <w:pPr>
        <w:pStyle w:val="Heading1"/>
      </w:pPr>
      <w:r>
        <w:t>Teams, priorities and relocation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1731"/>
        <w:gridCol w:w="2588"/>
        <w:gridCol w:w="1968"/>
        <w:gridCol w:w="2283"/>
      </w:tblGrid>
      <w:tr w:rsidR="00467F12" w14:paraId="0147A58C" w14:textId="77777777">
        <w:tc>
          <w:tcPr>
            <w:tcW w:w="0" w:type="auto"/>
            <w:shd w:val="clear" w:color="auto" w:fill="156082"/>
            <w:hideMark/>
          </w:tcPr>
          <w:p w14:paraId="66E9EF73" w14:textId="77777777" w:rsidR="00467F12" w:rsidRDefault="00467F12">
            <w:pPr>
              <w:rPr>
                <w:kern w:val="2"/>
                <w:szCs w:val="20"/>
                <w:lang w:val="en-GB" w:eastAsia="en-GB"/>
                <w14:ligatures w14:val="standardContextual"/>
              </w:rPr>
            </w:pPr>
            <w:r>
              <w:rPr>
                <w:b/>
                <w:bCs/>
              </w:rPr>
              <w:t>Team / activity</w:t>
            </w:r>
          </w:p>
        </w:tc>
        <w:tc>
          <w:tcPr>
            <w:tcW w:w="0" w:type="auto"/>
            <w:shd w:val="clear" w:color="auto" w:fill="156082"/>
            <w:hideMark/>
          </w:tcPr>
          <w:p w14:paraId="3793F0B6" w14:textId="77777777" w:rsidR="00467F12" w:rsidRDefault="00467F12">
            <w:r>
              <w:rPr>
                <w:b/>
                <w:bCs/>
              </w:rPr>
              <w:t>Critical staff</w:t>
            </w:r>
          </w:p>
        </w:tc>
        <w:tc>
          <w:tcPr>
            <w:tcW w:w="0" w:type="auto"/>
            <w:shd w:val="clear" w:color="auto" w:fill="156082"/>
            <w:hideMark/>
          </w:tcPr>
          <w:p w14:paraId="4186391A" w14:textId="77777777" w:rsidR="00467F12" w:rsidRDefault="00467F12">
            <w:r>
              <w:rPr>
                <w:b/>
                <w:bCs/>
              </w:rPr>
              <w:t>RTO / minimum service</w:t>
            </w:r>
          </w:p>
        </w:tc>
        <w:tc>
          <w:tcPr>
            <w:tcW w:w="0" w:type="auto"/>
            <w:shd w:val="clear" w:color="auto" w:fill="156082"/>
            <w:hideMark/>
          </w:tcPr>
          <w:p w14:paraId="5549831F" w14:textId="77777777" w:rsidR="00467F12" w:rsidRDefault="00467F12">
            <w:r>
              <w:rPr>
                <w:b/>
                <w:bCs/>
              </w:rPr>
              <w:t>Remote option</w:t>
            </w:r>
          </w:p>
        </w:tc>
        <w:tc>
          <w:tcPr>
            <w:tcW w:w="0" w:type="auto"/>
            <w:shd w:val="clear" w:color="auto" w:fill="156082"/>
            <w:hideMark/>
          </w:tcPr>
          <w:p w14:paraId="00380C97" w14:textId="77777777" w:rsidR="00467F12" w:rsidRDefault="00467F12">
            <w:r>
              <w:rPr>
                <w:b/>
                <w:bCs/>
              </w:rPr>
              <w:t>Preferred location</w:t>
            </w:r>
          </w:p>
        </w:tc>
      </w:tr>
      <w:tr w:rsidR="00467F12" w14:paraId="6105EAE1" w14:textId="77777777">
        <w:tc>
          <w:tcPr>
            <w:tcW w:w="0" w:type="auto"/>
            <w:hideMark/>
          </w:tcPr>
          <w:p w14:paraId="34A6912D" w14:textId="77777777" w:rsidR="00467F12" w:rsidRDefault="00467F12">
            <w:r>
              <w:t>Community lunch service</w:t>
            </w:r>
          </w:p>
        </w:tc>
        <w:tc>
          <w:tcPr>
            <w:tcW w:w="0" w:type="auto"/>
            <w:hideMark/>
          </w:tcPr>
          <w:p w14:paraId="751C3EBA" w14:textId="77777777" w:rsidR="00467F12" w:rsidRDefault="00467F12">
            <w:r>
              <w:t>Cook, assistant and driver</w:t>
            </w:r>
          </w:p>
        </w:tc>
        <w:tc>
          <w:tcPr>
            <w:tcW w:w="0" w:type="auto"/>
            <w:hideMark/>
          </w:tcPr>
          <w:p w14:paraId="579F60C0" w14:textId="77777777" w:rsidR="00467F12" w:rsidRDefault="00467F12">
            <w:r>
              <w:t xml:space="preserve">4 hours; one safe meal </w:t>
            </w:r>
            <w:proofErr w:type="gramStart"/>
            <w:r>
              <w:t>to</w:t>
            </w:r>
            <w:proofErr w:type="gramEnd"/>
            <w:r>
              <w:t xml:space="preserve"> every registered resident</w:t>
            </w:r>
          </w:p>
        </w:tc>
        <w:tc>
          <w:tcPr>
            <w:tcW w:w="0" w:type="auto"/>
            <w:hideMark/>
          </w:tcPr>
          <w:p w14:paraId="184F9745" w14:textId="77777777" w:rsidR="00467F12" w:rsidRDefault="00467F12">
            <w:r>
              <w:t>Coordination and calls remote</w:t>
            </w:r>
          </w:p>
        </w:tc>
        <w:tc>
          <w:tcPr>
            <w:tcW w:w="0" w:type="auto"/>
            <w:hideMark/>
          </w:tcPr>
          <w:p w14:paraId="406AECA9" w14:textId="77777777" w:rsidR="00467F12" w:rsidRDefault="00467F12">
            <w:r>
              <w:t>Community-</w:t>
            </w:r>
            <w:proofErr w:type="spellStart"/>
            <w:r>
              <w:t>centre</w:t>
            </w:r>
            <w:proofErr w:type="spellEnd"/>
            <w:r>
              <w:t xml:space="preserve"> kitchen</w:t>
            </w:r>
          </w:p>
        </w:tc>
      </w:tr>
      <w:tr w:rsidR="00467F12" w14:paraId="02DC1282" w14:textId="77777777">
        <w:tc>
          <w:tcPr>
            <w:tcW w:w="0" w:type="auto"/>
            <w:hideMark/>
          </w:tcPr>
          <w:p w14:paraId="3B10B1A0" w14:textId="77777777" w:rsidR="00467F12" w:rsidRDefault="00467F12">
            <w:r>
              <w:t>Café service</w:t>
            </w:r>
          </w:p>
        </w:tc>
        <w:tc>
          <w:tcPr>
            <w:tcW w:w="0" w:type="auto"/>
            <w:hideMark/>
          </w:tcPr>
          <w:p w14:paraId="0A7B1295" w14:textId="77777777" w:rsidR="00467F12" w:rsidRDefault="00467F12">
            <w:r>
              <w:t>Duty manager and two staff</w:t>
            </w:r>
          </w:p>
        </w:tc>
        <w:tc>
          <w:tcPr>
            <w:tcW w:w="0" w:type="auto"/>
            <w:hideMark/>
          </w:tcPr>
          <w:p w14:paraId="2E848E3C" w14:textId="77777777" w:rsidR="00467F12" w:rsidRDefault="00467F12">
            <w:r>
              <w:t>24 hours; reduced takeaway service if safe</w:t>
            </w:r>
          </w:p>
        </w:tc>
        <w:tc>
          <w:tcPr>
            <w:tcW w:w="0" w:type="auto"/>
            <w:hideMark/>
          </w:tcPr>
          <w:p w14:paraId="2E515ECD" w14:textId="77777777" w:rsidR="00467F12" w:rsidRDefault="00467F12">
            <w:r>
              <w:t>Customer updates only</w:t>
            </w:r>
          </w:p>
        </w:tc>
        <w:tc>
          <w:tcPr>
            <w:tcW w:w="0" w:type="auto"/>
            <w:hideMark/>
          </w:tcPr>
          <w:p w14:paraId="02AEB17F" w14:textId="77777777" w:rsidR="00467F12" w:rsidRDefault="00467F12">
            <w:r>
              <w:t xml:space="preserve">Alternative counter at community </w:t>
            </w:r>
            <w:proofErr w:type="spellStart"/>
            <w:r>
              <w:t>centre</w:t>
            </w:r>
            <w:proofErr w:type="spellEnd"/>
          </w:p>
        </w:tc>
      </w:tr>
      <w:tr w:rsidR="00467F12" w14:paraId="506D6DC0" w14:textId="77777777">
        <w:tc>
          <w:tcPr>
            <w:tcW w:w="0" w:type="auto"/>
            <w:hideMark/>
          </w:tcPr>
          <w:p w14:paraId="4FBEAFA3" w14:textId="77777777" w:rsidR="00467F12" w:rsidRDefault="00467F12">
            <w:r>
              <w:lastRenderedPageBreak/>
              <w:t>Pre-ordered catering</w:t>
            </w:r>
          </w:p>
        </w:tc>
        <w:tc>
          <w:tcPr>
            <w:tcW w:w="0" w:type="auto"/>
            <w:hideMark/>
          </w:tcPr>
          <w:p w14:paraId="6164E9B5" w14:textId="77777777" w:rsidR="00467F12" w:rsidRDefault="00467F12">
            <w:r>
              <w:t>Head Chef and assistant</w:t>
            </w:r>
          </w:p>
        </w:tc>
        <w:tc>
          <w:tcPr>
            <w:tcW w:w="0" w:type="auto"/>
            <w:hideMark/>
          </w:tcPr>
          <w:p w14:paraId="7766B3B8" w14:textId="77777777" w:rsidR="00467F12" w:rsidRDefault="00467F12">
            <w:r>
              <w:t>24 hours; fulfil, rearrange or refund</w:t>
            </w:r>
          </w:p>
        </w:tc>
        <w:tc>
          <w:tcPr>
            <w:tcW w:w="0" w:type="auto"/>
            <w:hideMark/>
          </w:tcPr>
          <w:p w14:paraId="3A099A6C" w14:textId="77777777" w:rsidR="00467F12" w:rsidRDefault="00467F12">
            <w:r>
              <w:t>Order management remote</w:t>
            </w:r>
          </w:p>
        </w:tc>
        <w:tc>
          <w:tcPr>
            <w:tcW w:w="0" w:type="auto"/>
            <w:hideMark/>
          </w:tcPr>
          <w:p w14:paraId="1D75EF63" w14:textId="77777777" w:rsidR="00467F12" w:rsidRDefault="00467F12">
            <w:r>
              <w:t>Community-</w:t>
            </w:r>
            <w:proofErr w:type="spellStart"/>
            <w:r>
              <w:t>centre</w:t>
            </w:r>
            <w:proofErr w:type="spellEnd"/>
            <w:r>
              <w:t xml:space="preserve"> kitchen</w:t>
            </w:r>
          </w:p>
        </w:tc>
      </w:tr>
      <w:tr w:rsidR="00467F12" w14:paraId="040B42F7" w14:textId="77777777">
        <w:tc>
          <w:tcPr>
            <w:tcW w:w="0" w:type="auto"/>
            <w:hideMark/>
          </w:tcPr>
          <w:p w14:paraId="11182EDA" w14:textId="77777777" w:rsidR="00467F12" w:rsidRDefault="00467F12">
            <w:r>
              <w:t>Customer and dietary records</w:t>
            </w:r>
          </w:p>
        </w:tc>
        <w:tc>
          <w:tcPr>
            <w:tcW w:w="0" w:type="auto"/>
            <w:hideMark/>
          </w:tcPr>
          <w:p w14:paraId="67CA1B56" w14:textId="77777777" w:rsidR="00467F12" w:rsidRDefault="00467F12">
            <w:r>
              <w:t>Business Manager</w:t>
            </w:r>
          </w:p>
        </w:tc>
        <w:tc>
          <w:tcPr>
            <w:tcW w:w="0" w:type="auto"/>
            <w:hideMark/>
          </w:tcPr>
          <w:p w14:paraId="4F87B0A5" w14:textId="77777777" w:rsidR="00467F12" w:rsidRDefault="00467F12">
            <w:r>
              <w:t>2 hours; trusted list available before preparation</w:t>
            </w:r>
          </w:p>
        </w:tc>
        <w:tc>
          <w:tcPr>
            <w:tcW w:w="0" w:type="auto"/>
            <w:hideMark/>
          </w:tcPr>
          <w:p w14:paraId="23909431" w14:textId="77777777" w:rsidR="00467F12" w:rsidRDefault="00467F12">
            <w:r>
              <w:t>Yes, using secure systems</w:t>
            </w:r>
          </w:p>
        </w:tc>
        <w:tc>
          <w:tcPr>
            <w:tcW w:w="0" w:type="auto"/>
            <w:hideMark/>
          </w:tcPr>
          <w:p w14:paraId="7C91E501" w14:textId="77777777" w:rsidR="00467F12" w:rsidRDefault="00467F12">
            <w:r>
              <w:t>Remote or community-</w:t>
            </w:r>
            <w:proofErr w:type="spellStart"/>
            <w:r>
              <w:t>centre</w:t>
            </w:r>
            <w:proofErr w:type="spellEnd"/>
            <w:r>
              <w:t xml:space="preserve"> office</w:t>
            </w:r>
          </w:p>
        </w:tc>
      </w:tr>
      <w:tr w:rsidR="00467F12" w14:paraId="1B1EFAEF" w14:textId="77777777">
        <w:tc>
          <w:tcPr>
            <w:tcW w:w="0" w:type="auto"/>
            <w:hideMark/>
          </w:tcPr>
          <w:p w14:paraId="3F14AAEA" w14:textId="77777777" w:rsidR="00467F12" w:rsidRDefault="00467F12">
            <w:r>
              <w:t>Supplier ordering</w:t>
            </w:r>
          </w:p>
        </w:tc>
        <w:tc>
          <w:tcPr>
            <w:tcW w:w="0" w:type="auto"/>
            <w:hideMark/>
          </w:tcPr>
          <w:p w14:paraId="16ED9ACB" w14:textId="77777777" w:rsidR="00467F12" w:rsidRDefault="00467F12">
            <w:r>
              <w:t>Finance Lead / Head Chef</w:t>
            </w:r>
          </w:p>
        </w:tc>
        <w:tc>
          <w:tcPr>
            <w:tcW w:w="0" w:type="auto"/>
            <w:hideMark/>
          </w:tcPr>
          <w:p w14:paraId="345811AC" w14:textId="77777777" w:rsidR="00467F12" w:rsidRDefault="00467F12">
            <w:r>
              <w:t>4 hours; emergency purchasing available</w:t>
            </w:r>
          </w:p>
        </w:tc>
        <w:tc>
          <w:tcPr>
            <w:tcW w:w="0" w:type="auto"/>
            <w:hideMark/>
          </w:tcPr>
          <w:p w14:paraId="31AAC89B" w14:textId="77777777" w:rsidR="00467F12" w:rsidRDefault="00467F12">
            <w:r>
              <w:t>Yes</w:t>
            </w:r>
          </w:p>
        </w:tc>
        <w:tc>
          <w:tcPr>
            <w:tcW w:w="0" w:type="auto"/>
            <w:hideMark/>
          </w:tcPr>
          <w:p w14:paraId="7FDEA2F8" w14:textId="77777777" w:rsidR="00467F12" w:rsidRDefault="00467F12">
            <w:r>
              <w:t>Remote</w:t>
            </w:r>
          </w:p>
        </w:tc>
      </w:tr>
      <w:tr w:rsidR="00467F12" w14:paraId="487EE62C" w14:textId="77777777">
        <w:tc>
          <w:tcPr>
            <w:tcW w:w="0" w:type="auto"/>
            <w:hideMark/>
          </w:tcPr>
          <w:p w14:paraId="0E8D599A" w14:textId="77777777" w:rsidR="00467F12" w:rsidRDefault="00467F12">
            <w:r>
              <w:t>Room hire</w:t>
            </w:r>
          </w:p>
        </w:tc>
        <w:tc>
          <w:tcPr>
            <w:tcW w:w="0" w:type="auto"/>
            <w:hideMark/>
          </w:tcPr>
          <w:p w14:paraId="5FB313F4" w14:textId="77777777" w:rsidR="00467F12" w:rsidRDefault="00467F12">
            <w:r>
              <w:t>Shift Supervisor</w:t>
            </w:r>
          </w:p>
        </w:tc>
        <w:tc>
          <w:tcPr>
            <w:tcW w:w="0" w:type="auto"/>
            <w:hideMark/>
          </w:tcPr>
          <w:p w14:paraId="74115B84" w14:textId="77777777" w:rsidR="00467F12" w:rsidRDefault="00467F12">
            <w:r>
              <w:t>1 week; notify and rearrange</w:t>
            </w:r>
          </w:p>
        </w:tc>
        <w:tc>
          <w:tcPr>
            <w:tcW w:w="0" w:type="auto"/>
            <w:hideMark/>
          </w:tcPr>
          <w:p w14:paraId="58F0DC06" w14:textId="77777777" w:rsidR="00467F12" w:rsidRDefault="00467F12">
            <w:r>
              <w:t>Yes</w:t>
            </w:r>
          </w:p>
        </w:tc>
        <w:tc>
          <w:tcPr>
            <w:tcW w:w="0" w:type="auto"/>
            <w:hideMark/>
          </w:tcPr>
          <w:p w14:paraId="2B35C2CC" w14:textId="77777777" w:rsidR="00467F12" w:rsidRDefault="00467F12">
            <w:r>
              <w:t>Alternative community venue</w:t>
            </w:r>
          </w:p>
        </w:tc>
      </w:tr>
    </w:tbl>
    <w:p w14:paraId="72A3D3EC" w14:textId="77777777" w:rsidR="00CA609D" w:rsidRDefault="00CA609D">
      <w:pPr>
        <w:spacing w:after="20"/>
      </w:pPr>
    </w:p>
    <w:p w14:paraId="40666915" w14:textId="77777777" w:rsidR="00CA609D" w:rsidRDefault="006A721B">
      <w:pPr>
        <w:pStyle w:val="Heading1"/>
      </w:pPr>
      <w:r>
        <w:t>Building continuity arrangements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7"/>
        <w:gridCol w:w="2220"/>
        <w:gridCol w:w="2551"/>
        <w:gridCol w:w="2439"/>
        <w:gridCol w:w="1543"/>
      </w:tblGrid>
      <w:tr w:rsidR="002A1D60" w14:paraId="24261A07" w14:textId="77777777">
        <w:tc>
          <w:tcPr>
            <w:tcW w:w="0" w:type="auto"/>
            <w:shd w:val="clear" w:color="auto" w:fill="156082"/>
            <w:hideMark/>
          </w:tcPr>
          <w:p w14:paraId="796A9AFF" w14:textId="77777777" w:rsidR="002A1D60" w:rsidRDefault="002A1D60">
            <w:pPr>
              <w:rPr>
                <w:kern w:val="2"/>
                <w:szCs w:val="20"/>
                <w:lang w:val="en-GB" w:eastAsia="en-GB"/>
                <w14:ligatures w14:val="standardContextual"/>
              </w:rPr>
            </w:pPr>
            <w:r>
              <w:rPr>
                <w:b/>
                <w:bCs/>
              </w:rPr>
              <w:t>Issue</w:t>
            </w:r>
          </w:p>
        </w:tc>
        <w:tc>
          <w:tcPr>
            <w:tcW w:w="0" w:type="auto"/>
            <w:shd w:val="clear" w:color="auto" w:fill="156082"/>
            <w:hideMark/>
          </w:tcPr>
          <w:p w14:paraId="09C9288B" w14:textId="77777777" w:rsidR="002A1D60" w:rsidRDefault="002A1D60">
            <w:r>
              <w:rPr>
                <w:b/>
                <w:bCs/>
              </w:rPr>
              <w:t>Impact</w:t>
            </w:r>
          </w:p>
        </w:tc>
        <w:tc>
          <w:tcPr>
            <w:tcW w:w="0" w:type="auto"/>
            <w:shd w:val="clear" w:color="auto" w:fill="156082"/>
            <w:hideMark/>
          </w:tcPr>
          <w:p w14:paraId="05251260" w14:textId="77777777" w:rsidR="002A1D60" w:rsidRDefault="002A1D60">
            <w:r>
              <w:rPr>
                <w:b/>
                <w:bCs/>
              </w:rPr>
              <w:t>Primary arrangement</w:t>
            </w:r>
          </w:p>
        </w:tc>
        <w:tc>
          <w:tcPr>
            <w:tcW w:w="0" w:type="auto"/>
            <w:shd w:val="clear" w:color="auto" w:fill="156082"/>
            <w:hideMark/>
          </w:tcPr>
          <w:p w14:paraId="7A3E90FD" w14:textId="77777777" w:rsidR="002A1D60" w:rsidRDefault="002A1D60">
            <w:r>
              <w:rPr>
                <w:b/>
                <w:bCs/>
              </w:rPr>
              <w:t>Fallback</w:t>
            </w:r>
          </w:p>
        </w:tc>
        <w:tc>
          <w:tcPr>
            <w:tcW w:w="0" w:type="auto"/>
            <w:shd w:val="clear" w:color="auto" w:fill="156082"/>
            <w:hideMark/>
          </w:tcPr>
          <w:p w14:paraId="4D4D28E1" w14:textId="77777777" w:rsidR="002A1D60" w:rsidRDefault="002A1D60">
            <w:r>
              <w:rPr>
                <w:b/>
                <w:bCs/>
              </w:rPr>
              <w:t>Owner</w:t>
            </w:r>
          </w:p>
        </w:tc>
      </w:tr>
      <w:tr w:rsidR="002A1D60" w14:paraId="44B448A0" w14:textId="77777777">
        <w:tc>
          <w:tcPr>
            <w:tcW w:w="0" w:type="auto"/>
            <w:hideMark/>
          </w:tcPr>
          <w:p w14:paraId="64C153A9" w14:textId="77777777" w:rsidR="002A1D60" w:rsidRDefault="002A1D60">
            <w:r>
              <w:t>Loss of access / premises</w:t>
            </w:r>
          </w:p>
        </w:tc>
        <w:tc>
          <w:tcPr>
            <w:tcW w:w="0" w:type="auto"/>
            <w:hideMark/>
          </w:tcPr>
          <w:p w14:paraId="67B3616B" w14:textId="77777777" w:rsidR="002A1D60" w:rsidRDefault="002A1D60">
            <w:r>
              <w:t>Kitchen and café activities stop.</w:t>
            </w:r>
          </w:p>
        </w:tc>
        <w:tc>
          <w:tcPr>
            <w:tcW w:w="0" w:type="auto"/>
            <w:hideMark/>
          </w:tcPr>
          <w:p w14:paraId="67AD3CB5" w14:textId="77777777" w:rsidR="002A1D60" w:rsidRDefault="002A1D60">
            <w:r>
              <w:t xml:space="preserve">Relocate priority lunch preparation to community </w:t>
            </w:r>
            <w:proofErr w:type="spellStart"/>
            <w:r>
              <w:t>centre</w:t>
            </w:r>
            <w:proofErr w:type="spellEnd"/>
            <w:r>
              <w:t>.</w:t>
            </w:r>
          </w:p>
        </w:tc>
        <w:tc>
          <w:tcPr>
            <w:tcW w:w="0" w:type="auto"/>
            <w:hideMark/>
          </w:tcPr>
          <w:p w14:paraId="7BFEC8BD" w14:textId="77777777" w:rsidR="002A1D60" w:rsidRDefault="002A1D60">
            <w:r>
              <w:t>Buy suitable meals and suspend non-essential services.</w:t>
            </w:r>
          </w:p>
        </w:tc>
        <w:tc>
          <w:tcPr>
            <w:tcW w:w="0" w:type="auto"/>
            <w:hideMark/>
          </w:tcPr>
          <w:p w14:paraId="7867E475" w14:textId="77777777" w:rsidR="002A1D60" w:rsidRDefault="002A1D60">
            <w:r>
              <w:t>Business Manager</w:t>
            </w:r>
          </w:p>
        </w:tc>
      </w:tr>
      <w:tr w:rsidR="002A1D60" w14:paraId="41793F6F" w14:textId="77777777">
        <w:tc>
          <w:tcPr>
            <w:tcW w:w="0" w:type="auto"/>
            <w:hideMark/>
          </w:tcPr>
          <w:p w14:paraId="53530029" w14:textId="77777777" w:rsidR="002A1D60" w:rsidRDefault="002A1D60">
            <w:r>
              <w:t>Loss of power</w:t>
            </w:r>
          </w:p>
        </w:tc>
        <w:tc>
          <w:tcPr>
            <w:tcW w:w="0" w:type="auto"/>
            <w:hideMark/>
          </w:tcPr>
          <w:p w14:paraId="3239FD29" w14:textId="77777777" w:rsidR="002A1D60" w:rsidRDefault="002A1D60">
            <w:r>
              <w:t>Cooking, refrigeration, lighting and IT affected.</w:t>
            </w:r>
          </w:p>
        </w:tc>
        <w:tc>
          <w:tcPr>
            <w:tcW w:w="0" w:type="auto"/>
            <w:hideMark/>
          </w:tcPr>
          <w:p w14:paraId="75B1E6AE" w14:textId="77777777" w:rsidR="002A1D60" w:rsidRDefault="002A1D60">
            <w:r>
              <w:t>Move to alternative kitchen and protect chilled stock.</w:t>
            </w:r>
          </w:p>
        </w:tc>
        <w:tc>
          <w:tcPr>
            <w:tcW w:w="0" w:type="auto"/>
            <w:hideMark/>
          </w:tcPr>
          <w:p w14:paraId="44EBAAC8" w14:textId="77777777" w:rsidR="002A1D60" w:rsidRDefault="002A1D60">
            <w:r>
              <w:t>Use safe bought-in meals; dispose of unsafe food.</w:t>
            </w:r>
          </w:p>
        </w:tc>
        <w:tc>
          <w:tcPr>
            <w:tcW w:w="0" w:type="auto"/>
            <w:hideMark/>
          </w:tcPr>
          <w:p w14:paraId="20038104" w14:textId="77777777" w:rsidR="002A1D60" w:rsidRDefault="002A1D60">
            <w:r>
              <w:t>Head Chef</w:t>
            </w:r>
          </w:p>
        </w:tc>
      </w:tr>
      <w:tr w:rsidR="002A1D60" w14:paraId="6FA2ECD0" w14:textId="77777777">
        <w:tc>
          <w:tcPr>
            <w:tcW w:w="0" w:type="auto"/>
            <w:hideMark/>
          </w:tcPr>
          <w:p w14:paraId="63835C04" w14:textId="77777777" w:rsidR="002A1D60" w:rsidRDefault="002A1D60">
            <w:r>
              <w:t>Loss of water / toilets</w:t>
            </w:r>
          </w:p>
        </w:tc>
        <w:tc>
          <w:tcPr>
            <w:tcW w:w="0" w:type="auto"/>
            <w:hideMark/>
          </w:tcPr>
          <w:p w14:paraId="416DE55D" w14:textId="77777777" w:rsidR="002A1D60" w:rsidRDefault="002A1D60">
            <w:r>
              <w:t>Food preparation and welfare facilities unsafe.</w:t>
            </w:r>
          </w:p>
        </w:tc>
        <w:tc>
          <w:tcPr>
            <w:tcW w:w="0" w:type="auto"/>
            <w:hideMark/>
          </w:tcPr>
          <w:p w14:paraId="3004E772" w14:textId="77777777" w:rsidR="002A1D60" w:rsidRDefault="002A1D60">
            <w:r>
              <w:t>Stop preparation and relocate.</w:t>
            </w:r>
          </w:p>
        </w:tc>
        <w:tc>
          <w:tcPr>
            <w:tcW w:w="0" w:type="auto"/>
            <w:hideMark/>
          </w:tcPr>
          <w:p w14:paraId="472FBEE7" w14:textId="77777777" w:rsidR="002A1D60" w:rsidRDefault="002A1D60">
            <w:r>
              <w:t>Close café and use approved prepared meals.</w:t>
            </w:r>
          </w:p>
        </w:tc>
        <w:tc>
          <w:tcPr>
            <w:tcW w:w="0" w:type="auto"/>
            <w:hideMark/>
          </w:tcPr>
          <w:p w14:paraId="0DBB907E" w14:textId="77777777" w:rsidR="002A1D60" w:rsidRDefault="002A1D60">
            <w:r>
              <w:t>Duty manager</w:t>
            </w:r>
          </w:p>
        </w:tc>
      </w:tr>
      <w:tr w:rsidR="002A1D60" w14:paraId="1D101278" w14:textId="77777777">
        <w:tc>
          <w:tcPr>
            <w:tcW w:w="0" w:type="auto"/>
            <w:hideMark/>
          </w:tcPr>
          <w:p w14:paraId="5863ECDC" w14:textId="77777777" w:rsidR="002A1D60" w:rsidRDefault="002A1D60">
            <w:r>
              <w:t>Loss of heating / cooling</w:t>
            </w:r>
          </w:p>
        </w:tc>
        <w:tc>
          <w:tcPr>
            <w:tcW w:w="0" w:type="auto"/>
            <w:hideMark/>
          </w:tcPr>
          <w:p w14:paraId="0C829329" w14:textId="77777777" w:rsidR="002A1D60" w:rsidRDefault="002A1D60">
            <w:r>
              <w:t>Unsafe temperatures for people or food.</w:t>
            </w:r>
          </w:p>
        </w:tc>
        <w:tc>
          <w:tcPr>
            <w:tcW w:w="0" w:type="auto"/>
            <w:hideMark/>
          </w:tcPr>
          <w:p w14:paraId="08543A34" w14:textId="77777777" w:rsidR="002A1D60" w:rsidRDefault="002A1D60">
            <w:r>
              <w:t>Monitor temperatures, isolate affected areas and relocate.</w:t>
            </w:r>
          </w:p>
        </w:tc>
        <w:tc>
          <w:tcPr>
            <w:tcW w:w="0" w:type="auto"/>
            <w:hideMark/>
          </w:tcPr>
          <w:p w14:paraId="22499A1C" w14:textId="77777777" w:rsidR="002A1D60" w:rsidRDefault="002A1D60">
            <w:r>
              <w:t>Temporary closure or reduced hours.</w:t>
            </w:r>
          </w:p>
        </w:tc>
        <w:tc>
          <w:tcPr>
            <w:tcW w:w="0" w:type="auto"/>
            <w:hideMark/>
          </w:tcPr>
          <w:p w14:paraId="7CA9E701" w14:textId="77777777" w:rsidR="002A1D60" w:rsidRDefault="002A1D60">
            <w:r>
              <w:t>Facilities lead</w:t>
            </w:r>
          </w:p>
        </w:tc>
      </w:tr>
      <w:tr w:rsidR="002A1D60" w14:paraId="4A5ED42A" w14:textId="77777777">
        <w:tc>
          <w:tcPr>
            <w:tcW w:w="0" w:type="auto"/>
            <w:hideMark/>
          </w:tcPr>
          <w:p w14:paraId="0CA137E0" w14:textId="77777777" w:rsidR="002A1D60" w:rsidRDefault="002A1D60">
            <w:r>
              <w:t>Loss of IT / telecoms</w:t>
            </w:r>
          </w:p>
        </w:tc>
        <w:tc>
          <w:tcPr>
            <w:tcW w:w="0" w:type="auto"/>
            <w:hideMark/>
          </w:tcPr>
          <w:p w14:paraId="1FE93B48" w14:textId="77777777" w:rsidR="002A1D60" w:rsidRDefault="002A1D60">
            <w:r>
              <w:t>Orders, contacts and records unavailable.</w:t>
            </w:r>
          </w:p>
        </w:tc>
        <w:tc>
          <w:tcPr>
            <w:tcW w:w="0" w:type="auto"/>
            <w:hideMark/>
          </w:tcPr>
          <w:p w14:paraId="519407C1" w14:textId="77777777" w:rsidR="002A1D60" w:rsidRDefault="002A1D60">
            <w:r>
              <w:t>Use work mobiles and verified offline records.</w:t>
            </w:r>
          </w:p>
        </w:tc>
        <w:tc>
          <w:tcPr>
            <w:tcW w:w="0" w:type="auto"/>
            <w:hideMark/>
          </w:tcPr>
          <w:p w14:paraId="36FA65B5" w14:textId="77777777" w:rsidR="002A1D60" w:rsidRDefault="002A1D60">
            <w:r>
              <w:t>Paper forms and in-person coordination.</w:t>
            </w:r>
          </w:p>
        </w:tc>
        <w:tc>
          <w:tcPr>
            <w:tcW w:w="0" w:type="auto"/>
            <w:hideMark/>
          </w:tcPr>
          <w:p w14:paraId="3F1CAE7D" w14:textId="77777777" w:rsidR="002A1D60" w:rsidRDefault="002A1D60">
            <w:r>
              <w:t>Business Manager</w:t>
            </w:r>
          </w:p>
        </w:tc>
      </w:tr>
      <w:tr w:rsidR="002A1D60" w14:paraId="431E33E0" w14:textId="77777777">
        <w:tc>
          <w:tcPr>
            <w:tcW w:w="0" w:type="auto"/>
            <w:hideMark/>
          </w:tcPr>
          <w:p w14:paraId="32FE3888" w14:textId="77777777" w:rsidR="002A1D60" w:rsidRDefault="002A1D60">
            <w:r>
              <w:t>Loss of security / access control</w:t>
            </w:r>
          </w:p>
        </w:tc>
        <w:tc>
          <w:tcPr>
            <w:tcW w:w="0" w:type="auto"/>
            <w:hideMark/>
          </w:tcPr>
          <w:p w14:paraId="5DCB9B1C" w14:textId="77777777" w:rsidR="002A1D60" w:rsidRDefault="002A1D60">
            <w:r>
              <w:t>Building cannot be secured or safely occupied.</w:t>
            </w:r>
          </w:p>
        </w:tc>
        <w:tc>
          <w:tcPr>
            <w:tcW w:w="0" w:type="auto"/>
            <w:hideMark/>
          </w:tcPr>
          <w:p w14:paraId="670A7BFA" w14:textId="77777777" w:rsidR="002A1D60" w:rsidRDefault="002A1D60">
            <w:r>
              <w:t>Call alarm provider and deploy temporary guarding.</w:t>
            </w:r>
          </w:p>
        </w:tc>
        <w:tc>
          <w:tcPr>
            <w:tcW w:w="0" w:type="auto"/>
            <w:hideMark/>
          </w:tcPr>
          <w:p w14:paraId="18431ADC" w14:textId="77777777" w:rsidR="002A1D60" w:rsidRDefault="002A1D60">
            <w:r>
              <w:t>Close and relocate.</w:t>
            </w:r>
          </w:p>
        </w:tc>
        <w:tc>
          <w:tcPr>
            <w:tcW w:w="0" w:type="auto"/>
            <w:hideMark/>
          </w:tcPr>
          <w:p w14:paraId="616A391F" w14:textId="77777777" w:rsidR="002A1D60" w:rsidRDefault="002A1D60">
            <w:r>
              <w:t>Incident lead</w:t>
            </w:r>
          </w:p>
        </w:tc>
      </w:tr>
      <w:tr w:rsidR="002A1D60" w14:paraId="113E08C5" w14:textId="77777777">
        <w:tc>
          <w:tcPr>
            <w:tcW w:w="0" w:type="auto"/>
            <w:hideMark/>
          </w:tcPr>
          <w:p w14:paraId="78B8FB81" w14:textId="77777777" w:rsidR="002A1D60" w:rsidRDefault="002A1D60">
            <w:r>
              <w:t>Loss of facilities supplier</w:t>
            </w:r>
          </w:p>
        </w:tc>
        <w:tc>
          <w:tcPr>
            <w:tcW w:w="0" w:type="auto"/>
            <w:hideMark/>
          </w:tcPr>
          <w:p w14:paraId="6B95699D" w14:textId="77777777" w:rsidR="002A1D60" w:rsidRDefault="002A1D60">
            <w:r>
              <w:t>Repairs and checks delayed.</w:t>
            </w:r>
          </w:p>
        </w:tc>
        <w:tc>
          <w:tcPr>
            <w:tcW w:w="0" w:type="auto"/>
            <w:hideMark/>
          </w:tcPr>
          <w:p w14:paraId="5E019FA6" w14:textId="77777777" w:rsidR="002A1D60" w:rsidRDefault="002A1D60">
            <w:r>
              <w:t>Use landlord-approved alternate contractor.</w:t>
            </w:r>
          </w:p>
        </w:tc>
        <w:tc>
          <w:tcPr>
            <w:tcW w:w="0" w:type="auto"/>
            <w:hideMark/>
          </w:tcPr>
          <w:p w14:paraId="7F5687A1" w14:textId="77777777" w:rsidR="002A1D60" w:rsidRDefault="002A1D60">
            <w:r>
              <w:t>Isolate area and reduce service.</w:t>
            </w:r>
          </w:p>
        </w:tc>
        <w:tc>
          <w:tcPr>
            <w:tcW w:w="0" w:type="auto"/>
            <w:hideMark/>
          </w:tcPr>
          <w:p w14:paraId="359E3402" w14:textId="77777777" w:rsidR="002A1D60" w:rsidRDefault="002A1D60">
            <w:r>
              <w:t>Landlord</w:t>
            </w:r>
          </w:p>
        </w:tc>
      </w:tr>
      <w:tr w:rsidR="002A1D60" w14:paraId="42DADCB3" w14:textId="77777777">
        <w:tc>
          <w:tcPr>
            <w:tcW w:w="0" w:type="auto"/>
            <w:hideMark/>
          </w:tcPr>
          <w:p w14:paraId="13E33174" w14:textId="77777777" w:rsidR="002A1D60" w:rsidRDefault="002A1D60">
            <w:r>
              <w:t>Loss of records / equipment</w:t>
            </w:r>
          </w:p>
        </w:tc>
        <w:tc>
          <w:tcPr>
            <w:tcW w:w="0" w:type="auto"/>
            <w:hideMark/>
          </w:tcPr>
          <w:p w14:paraId="0DECF859" w14:textId="77777777" w:rsidR="002A1D60" w:rsidRDefault="002A1D60">
            <w:r>
              <w:t>Reduced capacity or unsafe production.</w:t>
            </w:r>
          </w:p>
        </w:tc>
        <w:tc>
          <w:tcPr>
            <w:tcW w:w="0" w:type="auto"/>
            <w:hideMark/>
          </w:tcPr>
          <w:p w14:paraId="57003391" w14:textId="77777777" w:rsidR="002A1D60" w:rsidRDefault="002A1D60">
            <w:r>
              <w:t>Use controlled offline records and spare equipment.</w:t>
            </w:r>
          </w:p>
        </w:tc>
        <w:tc>
          <w:tcPr>
            <w:tcW w:w="0" w:type="auto"/>
            <w:hideMark/>
          </w:tcPr>
          <w:p w14:paraId="3DC71539" w14:textId="77777777" w:rsidR="002A1D60" w:rsidRDefault="002A1D60">
            <w:r>
              <w:t>Hire equipment or use alternative provider.</w:t>
            </w:r>
          </w:p>
        </w:tc>
        <w:tc>
          <w:tcPr>
            <w:tcW w:w="0" w:type="auto"/>
            <w:hideMark/>
          </w:tcPr>
          <w:p w14:paraId="1985F37E" w14:textId="77777777" w:rsidR="002A1D60" w:rsidRDefault="002A1D60">
            <w:r>
              <w:t>Head Chef / Business Manager</w:t>
            </w:r>
          </w:p>
        </w:tc>
      </w:tr>
    </w:tbl>
    <w:p w14:paraId="0D0B940D" w14:textId="77777777" w:rsidR="00CA609D" w:rsidRDefault="00CA609D">
      <w:pPr>
        <w:spacing w:after="20"/>
      </w:pPr>
    </w:p>
    <w:p w14:paraId="325C78E8" w14:textId="77777777" w:rsidR="00CA609D" w:rsidRDefault="006A721B">
      <w:pPr>
        <w:pStyle w:val="Heading1"/>
      </w:pPr>
      <w:r>
        <w:t>Communications and welfare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39"/>
        <w:gridCol w:w="3386"/>
        <w:gridCol w:w="2572"/>
        <w:gridCol w:w="2443"/>
      </w:tblGrid>
      <w:tr w:rsidR="00F63F87" w14:paraId="79AD6ECA" w14:textId="77777777">
        <w:tc>
          <w:tcPr>
            <w:tcW w:w="0" w:type="auto"/>
            <w:shd w:val="clear" w:color="auto" w:fill="156082"/>
            <w:hideMark/>
          </w:tcPr>
          <w:p w14:paraId="49D6B991" w14:textId="77777777" w:rsidR="00F63F87" w:rsidRDefault="00F63F87">
            <w:pPr>
              <w:rPr>
                <w:kern w:val="2"/>
                <w:szCs w:val="20"/>
                <w:lang w:val="en-GB" w:eastAsia="en-GB"/>
                <w14:ligatures w14:val="standardContextual"/>
              </w:rPr>
            </w:pPr>
            <w:r>
              <w:rPr>
                <w:b/>
                <w:bCs/>
              </w:rPr>
              <w:t>Audience / need</w:t>
            </w:r>
          </w:p>
        </w:tc>
        <w:tc>
          <w:tcPr>
            <w:tcW w:w="0" w:type="auto"/>
            <w:shd w:val="clear" w:color="auto" w:fill="156082"/>
            <w:hideMark/>
          </w:tcPr>
          <w:p w14:paraId="4D99BF06" w14:textId="77777777" w:rsidR="00F63F87" w:rsidRDefault="00F63F87">
            <w:r>
              <w:rPr>
                <w:b/>
                <w:bCs/>
              </w:rPr>
              <w:t>Message or arrangement</w:t>
            </w:r>
          </w:p>
        </w:tc>
        <w:tc>
          <w:tcPr>
            <w:tcW w:w="0" w:type="auto"/>
            <w:shd w:val="clear" w:color="auto" w:fill="156082"/>
            <w:hideMark/>
          </w:tcPr>
          <w:p w14:paraId="1E4230BC" w14:textId="77777777" w:rsidR="00F63F87" w:rsidRDefault="00F63F87">
            <w:r>
              <w:rPr>
                <w:b/>
                <w:bCs/>
              </w:rPr>
              <w:t>Method / fallback</w:t>
            </w:r>
          </w:p>
        </w:tc>
        <w:tc>
          <w:tcPr>
            <w:tcW w:w="0" w:type="auto"/>
            <w:shd w:val="clear" w:color="auto" w:fill="156082"/>
            <w:hideMark/>
          </w:tcPr>
          <w:p w14:paraId="6C5450D2" w14:textId="77777777" w:rsidR="00F63F87" w:rsidRDefault="00F63F87">
            <w:r>
              <w:rPr>
                <w:b/>
                <w:bCs/>
              </w:rPr>
              <w:t>Owner / next update</w:t>
            </w:r>
          </w:p>
        </w:tc>
      </w:tr>
      <w:tr w:rsidR="00F63F87" w14:paraId="392C84F3" w14:textId="77777777">
        <w:tc>
          <w:tcPr>
            <w:tcW w:w="0" w:type="auto"/>
            <w:hideMark/>
          </w:tcPr>
          <w:p w14:paraId="0D8027CF" w14:textId="77777777" w:rsidR="00F63F87" w:rsidRDefault="00F63F87">
            <w:r>
              <w:t>Evacuated staff and visitors</w:t>
            </w:r>
          </w:p>
        </w:tc>
        <w:tc>
          <w:tcPr>
            <w:tcW w:w="0" w:type="auto"/>
            <w:hideMark/>
          </w:tcPr>
          <w:p w14:paraId="0883DD62" w14:textId="77777777" w:rsidR="00F63F87" w:rsidRDefault="00F63F87">
            <w:r>
              <w:t>Safety status, muster instructions, temporary shelter and next update.</w:t>
            </w:r>
          </w:p>
        </w:tc>
        <w:tc>
          <w:tcPr>
            <w:tcW w:w="0" w:type="auto"/>
            <w:hideMark/>
          </w:tcPr>
          <w:p w14:paraId="45D0C062" w14:textId="77777777" w:rsidR="00F63F87" w:rsidRDefault="00F63F87">
            <w:r>
              <w:t>Verbal briefing and roll call; SMS fallback.</w:t>
            </w:r>
          </w:p>
        </w:tc>
        <w:tc>
          <w:tcPr>
            <w:tcW w:w="0" w:type="auto"/>
            <w:hideMark/>
          </w:tcPr>
          <w:p w14:paraId="747149E3" w14:textId="77777777" w:rsidR="00F63F87" w:rsidRDefault="00F63F87">
            <w:r>
              <w:t>Shift Supervisor / every 30 minutes</w:t>
            </w:r>
          </w:p>
        </w:tc>
      </w:tr>
      <w:tr w:rsidR="00F63F87" w14:paraId="094D5924" w14:textId="77777777">
        <w:tc>
          <w:tcPr>
            <w:tcW w:w="0" w:type="auto"/>
            <w:hideMark/>
          </w:tcPr>
          <w:p w14:paraId="7BF51EF0" w14:textId="77777777" w:rsidR="00F63F87" w:rsidRDefault="00F63F87">
            <w:r>
              <w:t>Other staff</w:t>
            </w:r>
          </w:p>
        </w:tc>
        <w:tc>
          <w:tcPr>
            <w:tcW w:w="0" w:type="auto"/>
            <w:hideMark/>
          </w:tcPr>
          <w:p w14:paraId="05B0D407" w14:textId="77777777" w:rsidR="00F63F87" w:rsidRDefault="00F63F87">
            <w:r>
              <w:t>Do not travel, reporting arrangements, shift changes and priorities.</w:t>
            </w:r>
          </w:p>
        </w:tc>
        <w:tc>
          <w:tcPr>
            <w:tcW w:w="0" w:type="auto"/>
            <w:hideMark/>
          </w:tcPr>
          <w:p w14:paraId="6BC2C750" w14:textId="77777777" w:rsidR="00F63F87" w:rsidRDefault="00F63F87">
            <w:r>
              <w:t>Work messaging group and phone cascade.</w:t>
            </w:r>
          </w:p>
        </w:tc>
        <w:tc>
          <w:tcPr>
            <w:tcW w:w="0" w:type="auto"/>
            <w:hideMark/>
          </w:tcPr>
          <w:p w14:paraId="2A653FCD" w14:textId="77777777" w:rsidR="00F63F87" w:rsidRDefault="00F63F87">
            <w:r>
              <w:t>Business Manager / every two hours</w:t>
            </w:r>
          </w:p>
        </w:tc>
      </w:tr>
      <w:tr w:rsidR="00F63F87" w14:paraId="00AF5503" w14:textId="77777777">
        <w:tc>
          <w:tcPr>
            <w:tcW w:w="0" w:type="auto"/>
            <w:hideMark/>
          </w:tcPr>
          <w:p w14:paraId="7761805C" w14:textId="77777777" w:rsidR="00F63F87" w:rsidRDefault="00F63F87">
            <w:r>
              <w:lastRenderedPageBreak/>
              <w:t>Customers / public</w:t>
            </w:r>
          </w:p>
        </w:tc>
        <w:tc>
          <w:tcPr>
            <w:tcW w:w="0" w:type="auto"/>
            <w:hideMark/>
          </w:tcPr>
          <w:p w14:paraId="728631CB" w14:textId="77777777" w:rsidR="00F63F87" w:rsidRDefault="00F63F87">
            <w:r>
              <w:t>Closure, delays, alternative service and contact route.</w:t>
            </w:r>
          </w:p>
        </w:tc>
        <w:tc>
          <w:tcPr>
            <w:tcW w:w="0" w:type="auto"/>
            <w:hideMark/>
          </w:tcPr>
          <w:p w14:paraId="21313A00" w14:textId="77777777" w:rsidR="00F63F87" w:rsidRDefault="00F63F87">
            <w:r>
              <w:t>Website, social account and premises notice.</w:t>
            </w:r>
          </w:p>
        </w:tc>
        <w:tc>
          <w:tcPr>
            <w:tcW w:w="0" w:type="auto"/>
            <w:hideMark/>
          </w:tcPr>
          <w:p w14:paraId="788AD236" w14:textId="77777777" w:rsidR="00F63F87" w:rsidRDefault="00F63F87">
            <w:r>
              <w:t>Managing Director / when arrangements change</w:t>
            </w:r>
          </w:p>
        </w:tc>
      </w:tr>
      <w:tr w:rsidR="00F63F87" w14:paraId="261254B1" w14:textId="77777777">
        <w:tc>
          <w:tcPr>
            <w:tcW w:w="0" w:type="auto"/>
            <w:hideMark/>
          </w:tcPr>
          <w:p w14:paraId="615CFD13" w14:textId="77777777" w:rsidR="00F63F87" w:rsidRDefault="00F63F87">
            <w:r>
              <w:t>Tenants / partners</w:t>
            </w:r>
          </w:p>
        </w:tc>
        <w:tc>
          <w:tcPr>
            <w:tcW w:w="0" w:type="auto"/>
            <w:hideMark/>
          </w:tcPr>
          <w:p w14:paraId="4765A974" w14:textId="77777777" w:rsidR="00F63F87" w:rsidRDefault="00F63F87">
            <w:r>
              <w:t>Access restrictions, shared safety issues and expected recovery.</w:t>
            </w:r>
          </w:p>
        </w:tc>
        <w:tc>
          <w:tcPr>
            <w:tcW w:w="0" w:type="auto"/>
            <w:hideMark/>
          </w:tcPr>
          <w:p w14:paraId="2222AD7F" w14:textId="77777777" w:rsidR="00F63F87" w:rsidRDefault="00F63F87">
            <w:r>
              <w:t>Named contacts by phone then email.</w:t>
            </w:r>
          </w:p>
        </w:tc>
        <w:tc>
          <w:tcPr>
            <w:tcW w:w="0" w:type="auto"/>
            <w:hideMark/>
          </w:tcPr>
          <w:p w14:paraId="27669943" w14:textId="77777777" w:rsidR="00F63F87" w:rsidRDefault="00F63F87">
            <w:r>
              <w:t>Business Manager / within one hour</w:t>
            </w:r>
          </w:p>
        </w:tc>
      </w:tr>
      <w:tr w:rsidR="00F63F87" w14:paraId="7E2EA527" w14:textId="77777777">
        <w:tc>
          <w:tcPr>
            <w:tcW w:w="0" w:type="auto"/>
            <w:hideMark/>
          </w:tcPr>
          <w:p w14:paraId="2847CA5E" w14:textId="77777777" w:rsidR="00F63F87" w:rsidRDefault="00F63F87">
            <w:r>
              <w:t>Landlord / facilities / insurer</w:t>
            </w:r>
          </w:p>
        </w:tc>
        <w:tc>
          <w:tcPr>
            <w:tcW w:w="0" w:type="auto"/>
            <w:hideMark/>
          </w:tcPr>
          <w:p w14:paraId="652B373C" w14:textId="77777777" w:rsidR="00F63F87" w:rsidRDefault="00F63F87">
            <w:r>
              <w:t>Nature of loss, damage, controls, access needs and evidence.</w:t>
            </w:r>
          </w:p>
        </w:tc>
        <w:tc>
          <w:tcPr>
            <w:tcW w:w="0" w:type="auto"/>
            <w:hideMark/>
          </w:tcPr>
          <w:p w14:paraId="45F2F6C0" w14:textId="77777777" w:rsidR="00F63F87" w:rsidRDefault="00F63F87">
            <w:r>
              <w:t>Emergency or claims line; controlled contact list fallback.</w:t>
            </w:r>
          </w:p>
        </w:tc>
        <w:tc>
          <w:tcPr>
            <w:tcW w:w="0" w:type="auto"/>
            <w:hideMark/>
          </w:tcPr>
          <w:p w14:paraId="14F10A8E" w14:textId="77777777" w:rsidR="00F63F87" w:rsidRDefault="00F63F87">
            <w:r>
              <w:t>Incident lead / after life-safety actions</w:t>
            </w:r>
          </w:p>
        </w:tc>
      </w:tr>
      <w:tr w:rsidR="00F63F87" w14:paraId="4C77F71E" w14:textId="77777777">
        <w:tc>
          <w:tcPr>
            <w:tcW w:w="0" w:type="auto"/>
            <w:hideMark/>
          </w:tcPr>
          <w:p w14:paraId="5E82B284" w14:textId="77777777" w:rsidR="00F63F87" w:rsidRDefault="00F63F87">
            <w:r>
              <w:t>Shelter, mobility, medication and travel</w:t>
            </w:r>
          </w:p>
        </w:tc>
        <w:tc>
          <w:tcPr>
            <w:tcW w:w="0" w:type="auto"/>
            <w:hideMark/>
          </w:tcPr>
          <w:p w14:paraId="57075AC7" w14:textId="77777777" w:rsidR="00F63F87" w:rsidRDefault="00F63F87">
            <w:r>
              <w:t>Use community-</w:t>
            </w:r>
            <w:proofErr w:type="spellStart"/>
            <w:r>
              <w:t>centre</w:t>
            </w:r>
            <w:proofErr w:type="spellEnd"/>
            <w:r>
              <w:t xml:space="preserve"> hall; privately confirm individual needs and safe travel.</w:t>
            </w:r>
          </w:p>
        </w:tc>
        <w:tc>
          <w:tcPr>
            <w:tcW w:w="0" w:type="auto"/>
            <w:hideMark/>
          </w:tcPr>
          <w:p w14:paraId="5032628D" w14:textId="77777777" w:rsidR="00F63F87" w:rsidRDefault="00F63F87">
            <w:r>
              <w:t>Face-to-face check, then telephone.</w:t>
            </w:r>
          </w:p>
        </w:tc>
        <w:tc>
          <w:tcPr>
            <w:tcW w:w="0" w:type="auto"/>
            <w:hideMark/>
          </w:tcPr>
          <w:p w14:paraId="37FBA865" w14:textId="77777777" w:rsidR="00F63F87" w:rsidRDefault="00F63F87">
            <w:r>
              <w:t>Welfare lead / continuous review</w:t>
            </w:r>
          </w:p>
        </w:tc>
      </w:tr>
      <w:tr w:rsidR="00F63F87" w14:paraId="48BB3EA8" w14:textId="77777777">
        <w:tc>
          <w:tcPr>
            <w:tcW w:w="0" w:type="auto"/>
            <w:hideMark/>
          </w:tcPr>
          <w:p w14:paraId="31501E3B" w14:textId="77777777" w:rsidR="00F63F87" w:rsidRDefault="00F63F87">
            <w:r>
              <w:t>Ongoing staff support</w:t>
            </w:r>
          </w:p>
        </w:tc>
        <w:tc>
          <w:tcPr>
            <w:tcW w:w="0" w:type="auto"/>
            <w:hideMark/>
          </w:tcPr>
          <w:p w14:paraId="69A47939" w14:textId="77777777" w:rsidR="00F63F87" w:rsidRDefault="00F63F87">
            <w:r>
              <w:t>Manager check-ins, breaks, flexible shifts and debrief within 72 hours.</w:t>
            </w:r>
          </w:p>
        </w:tc>
        <w:tc>
          <w:tcPr>
            <w:tcW w:w="0" w:type="auto"/>
            <w:hideMark/>
          </w:tcPr>
          <w:p w14:paraId="65CB7DF6" w14:textId="77777777" w:rsidR="00F63F87" w:rsidRDefault="00F63F87">
            <w:r>
              <w:t>Team briefing and individual follow-up.</w:t>
            </w:r>
          </w:p>
        </w:tc>
        <w:tc>
          <w:tcPr>
            <w:tcW w:w="0" w:type="auto"/>
            <w:hideMark/>
          </w:tcPr>
          <w:p w14:paraId="4AAC22AE" w14:textId="77777777" w:rsidR="00F63F87" w:rsidRDefault="00F63F87">
            <w:r>
              <w:t>Managing Director / daily</w:t>
            </w:r>
          </w:p>
        </w:tc>
      </w:tr>
    </w:tbl>
    <w:p w14:paraId="0E27B00A" w14:textId="77777777" w:rsidR="00CA609D" w:rsidRDefault="00CA609D">
      <w:pPr>
        <w:spacing w:after="20"/>
      </w:pPr>
    </w:p>
    <w:p w14:paraId="29EBF0FF" w14:textId="77777777" w:rsidR="00CA609D" w:rsidRDefault="006A721B">
      <w:pPr>
        <w:pStyle w:val="Heading1"/>
      </w:pPr>
      <w:r>
        <w:t>Recovery and reoccupation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60"/>
        <w:gridCol w:w="4322"/>
        <w:gridCol w:w="1585"/>
        <w:gridCol w:w="1573"/>
      </w:tblGrid>
      <w:tr w:rsidR="00BC2918" w14:paraId="0CC7B42A" w14:textId="77777777">
        <w:tc>
          <w:tcPr>
            <w:tcW w:w="0" w:type="auto"/>
            <w:shd w:val="clear" w:color="auto" w:fill="156082"/>
            <w:hideMark/>
          </w:tcPr>
          <w:p w14:paraId="3AFB1741" w14:textId="77777777" w:rsidR="00BC2918" w:rsidRDefault="00BC2918">
            <w:pPr>
              <w:rPr>
                <w:kern w:val="2"/>
                <w:szCs w:val="20"/>
                <w:lang w:val="en-GB" w:eastAsia="en-GB"/>
                <w14:ligatures w14:val="standardContextual"/>
              </w:rPr>
            </w:pPr>
            <w:r>
              <w:rPr>
                <w:b/>
                <w:bCs/>
              </w:rPr>
              <w:t>Check</w:t>
            </w:r>
          </w:p>
        </w:tc>
        <w:tc>
          <w:tcPr>
            <w:tcW w:w="0" w:type="auto"/>
            <w:shd w:val="clear" w:color="auto" w:fill="156082"/>
            <w:hideMark/>
          </w:tcPr>
          <w:p w14:paraId="4DB7DF58" w14:textId="77777777" w:rsidR="00BC2918" w:rsidRDefault="00BC2918">
            <w:r>
              <w:rPr>
                <w:b/>
                <w:bCs/>
              </w:rPr>
              <w:t>Evidence / decision</w:t>
            </w:r>
          </w:p>
        </w:tc>
        <w:tc>
          <w:tcPr>
            <w:tcW w:w="0" w:type="auto"/>
            <w:shd w:val="clear" w:color="auto" w:fill="156082"/>
            <w:hideMark/>
          </w:tcPr>
          <w:p w14:paraId="22001ECB" w14:textId="77777777" w:rsidR="00BC2918" w:rsidRDefault="00BC2918">
            <w:r>
              <w:rPr>
                <w:b/>
                <w:bCs/>
              </w:rPr>
              <w:t>Owner</w:t>
            </w:r>
          </w:p>
        </w:tc>
        <w:tc>
          <w:tcPr>
            <w:tcW w:w="0" w:type="auto"/>
            <w:shd w:val="clear" w:color="auto" w:fill="156082"/>
            <w:hideMark/>
          </w:tcPr>
          <w:p w14:paraId="79AA13D4" w14:textId="77777777" w:rsidR="00BC2918" w:rsidRDefault="00BC2918">
            <w:r>
              <w:rPr>
                <w:b/>
                <w:bCs/>
              </w:rPr>
              <w:t>Complete</w:t>
            </w:r>
          </w:p>
        </w:tc>
      </w:tr>
      <w:tr w:rsidR="00BC2918" w14:paraId="1BB81074" w14:textId="77777777">
        <w:tc>
          <w:tcPr>
            <w:tcW w:w="0" w:type="auto"/>
            <w:hideMark/>
          </w:tcPr>
          <w:p w14:paraId="64576461" w14:textId="77777777" w:rsidR="00BC2918" w:rsidRDefault="00BC2918">
            <w:r>
              <w:t>Competent confirmation that intended use is safe</w:t>
            </w:r>
          </w:p>
        </w:tc>
        <w:tc>
          <w:tcPr>
            <w:tcW w:w="0" w:type="auto"/>
            <w:hideMark/>
          </w:tcPr>
          <w:p w14:paraId="07B2D521" w14:textId="77777777" w:rsidR="00BC2918" w:rsidRDefault="00BC2918">
            <w:r>
              <w:t>Landlord or competent contractor provides written confirmation and identifies restrictions.</w:t>
            </w:r>
          </w:p>
        </w:tc>
        <w:tc>
          <w:tcPr>
            <w:tcW w:w="0" w:type="auto"/>
            <w:hideMark/>
          </w:tcPr>
          <w:p w14:paraId="72A6F813" w14:textId="77777777" w:rsidR="00BC2918" w:rsidRDefault="00BC2918">
            <w:r>
              <w:t>Business Manager</w:t>
            </w:r>
          </w:p>
        </w:tc>
        <w:tc>
          <w:tcPr>
            <w:tcW w:w="0" w:type="auto"/>
            <w:hideMark/>
          </w:tcPr>
          <w:p w14:paraId="0A87EDBD" w14:textId="77777777" w:rsidR="00BC2918" w:rsidRDefault="00BC2918">
            <w:r>
              <w:t>Record during incident</w:t>
            </w:r>
          </w:p>
        </w:tc>
      </w:tr>
      <w:tr w:rsidR="00BC2918" w14:paraId="4A73ACA3" w14:textId="77777777">
        <w:tc>
          <w:tcPr>
            <w:tcW w:w="0" w:type="auto"/>
            <w:hideMark/>
          </w:tcPr>
          <w:p w14:paraId="7F5BECBB" w14:textId="77777777" w:rsidR="00BC2918" w:rsidRDefault="00BC2918">
            <w:r>
              <w:t>Utilities and critical systems available</w:t>
            </w:r>
          </w:p>
        </w:tc>
        <w:tc>
          <w:tcPr>
            <w:tcW w:w="0" w:type="auto"/>
            <w:hideMark/>
          </w:tcPr>
          <w:p w14:paraId="0495C3CA" w14:textId="77777777" w:rsidR="00BC2918" w:rsidRDefault="00BC2918">
            <w:r>
              <w:t>Power, water, drainage, ventilation and refrigeration tested.</w:t>
            </w:r>
          </w:p>
        </w:tc>
        <w:tc>
          <w:tcPr>
            <w:tcW w:w="0" w:type="auto"/>
            <w:hideMark/>
          </w:tcPr>
          <w:p w14:paraId="0084C79F" w14:textId="77777777" w:rsidR="00BC2918" w:rsidRDefault="00BC2918">
            <w:r>
              <w:t>Facilities contractor</w:t>
            </w:r>
          </w:p>
        </w:tc>
        <w:tc>
          <w:tcPr>
            <w:tcW w:w="0" w:type="auto"/>
            <w:hideMark/>
          </w:tcPr>
          <w:p w14:paraId="00EACAD3" w14:textId="77777777" w:rsidR="00BC2918" w:rsidRDefault="00BC2918">
            <w:r>
              <w:t>Record during incident</w:t>
            </w:r>
          </w:p>
        </w:tc>
      </w:tr>
      <w:tr w:rsidR="00BC2918" w14:paraId="10D0EDE8" w14:textId="77777777">
        <w:tc>
          <w:tcPr>
            <w:tcW w:w="0" w:type="auto"/>
            <w:hideMark/>
          </w:tcPr>
          <w:p w14:paraId="52B2C017" w14:textId="77777777" w:rsidR="00BC2918" w:rsidRDefault="00BC2918">
            <w:r>
              <w:t>Access, alarms, security and fire arrangements working</w:t>
            </w:r>
          </w:p>
        </w:tc>
        <w:tc>
          <w:tcPr>
            <w:tcW w:w="0" w:type="auto"/>
            <w:hideMark/>
          </w:tcPr>
          <w:p w14:paraId="2E801FE7" w14:textId="77777777" w:rsidR="00BC2918" w:rsidRDefault="00BC2918">
            <w:r>
              <w:t xml:space="preserve">Access routes, alarm </w:t>
            </w:r>
            <w:proofErr w:type="gramStart"/>
            <w:r>
              <w:t>panel</w:t>
            </w:r>
            <w:proofErr w:type="gramEnd"/>
            <w:r>
              <w:t>, emergency lighting, exits and security checks passed.</w:t>
            </w:r>
          </w:p>
        </w:tc>
        <w:tc>
          <w:tcPr>
            <w:tcW w:w="0" w:type="auto"/>
            <w:hideMark/>
          </w:tcPr>
          <w:p w14:paraId="0454A9D4" w14:textId="77777777" w:rsidR="00BC2918" w:rsidRDefault="00BC2918">
            <w:r>
              <w:t>Duty manager</w:t>
            </w:r>
          </w:p>
        </w:tc>
        <w:tc>
          <w:tcPr>
            <w:tcW w:w="0" w:type="auto"/>
            <w:hideMark/>
          </w:tcPr>
          <w:p w14:paraId="3F03D360" w14:textId="77777777" w:rsidR="00BC2918" w:rsidRDefault="00BC2918">
            <w:r>
              <w:t>Record during incident</w:t>
            </w:r>
          </w:p>
        </w:tc>
      </w:tr>
      <w:tr w:rsidR="00BC2918" w14:paraId="09AEB4B4" w14:textId="77777777">
        <w:tc>
          <w:tcPr>
            <w:tcW w:w="0" w:type="auto"/>
            <w:hideMark/>
          </w:tcPr>
          <w:p w14:paraId="3A43A391" w14:textId="77777777" w:rsidR="00BC2918" w:rsidRDefault="00BC2918">
            <w:r>
              <w:t>Accessibility and welfare arrangements in place</w:t>
            </w:r>
          </w:p>
        </w:tc>
        <w:tc>
          <w:tcPr>
            <w:tcW w:w="0" w:type="auto"/>
            <w:hideMark/>
          </w:tcPr>
          <w:p w14:paraId="4FE6B3B0" w14:textId="77777777" w:rsidR="00BC2918" w:rsidRDefault="00BC2918">
            <w:r>
              <w:t>Accessible routes, toilets, refuge arrangements and individual needs confirmed.</w:t>
            </w:r>
          </w:p>
        </w:tc>
        <w:tc>
          <w:tcPr>
            <w:tcW w:w="0" w:type="auto"/>
            <w:hideMark/>
          </w:tcPr>
          <w:p w14:paraId="608841C0" w14:textId="77777777" w:rsidR="00BC2918" w:rsidRDefault="00BC2918">
            <w:r>
              <w:t>Welfare lead</w:t>
            </w:r>
          </w:p>
        </w:tc>
        <w:tc>
          <w:tcPr>
            <w:tcW w:w="0" w:type="auto"/>
            <w:hideMark/>
          </w:tcPr>
          <w:p w14:paraId="664F4248" w14:textId="77777777" w:rsidR="00BC2918" w:rsidRDefault="00BC2918">
            <w:r>
              <w:t>Record during incident</w:t>
            </w:r>
          </w:p>
        </w:tc>
      </w:tr>
      <w:tr w:rsidR="00BC2918" w14:paraId="6366AEBB" w14:textId="77777777">
        <w:tc>
          <w:tcPr>
            <w:tcW w:w="0" w:type="auto"/>
            <w:hideMark/>
          </w:tcPr>
          <w:p w14:paraId="0E570A20" w14:textId="77777777" w:rsidR="00BC2918" w:rsidRDefault="00BC2918">
            <w:r>
              <w:t>Priority staffing and workspace confirmed</w:t>
            </w:r>
          </w:p>
        </w:tc>
        <w:tc>
          <w:tcPr>
            <w:tcW w:w="0" w:type="auto"/>
            <w:hideMark/>
          </w:tcPr>
          <w:p w14:paraId="3C2C31F6" w14:textId="77777777" w:rsidR="00BC2918" w:rsidRDefault="00BC2918">
            <w:r>
              <w:t>Minimum trained staffing and safe work areas available.</w:t>
            </w:r>
          </w:p>
        </w:tc>
        <w:tc>
          <w:tcPr>
            <w:tcW w:w="0" w:type="auto"/>
            <w:hideMark/>
          </w:tcPr>
          <w:p w14:paraId="06857706" w14:textId="77777777" w:rsidR="00BC2918" w:rsidRDefault="00BC2918">
            <w:r>
              <w:t>Head Chef</w:t>
            </w:r>
          </w:p>
        </w:tc>
        <w:tc>
          <w:tcPr>
            <w:tcW w:w="0" w:type="auto"/>
            <w:hideMark/>
          </w:tcPr>
          <w:p w14:paraId="4933CDB0" w14:textId="77777777" w:rsidR="00BC2918" w:rsidRDefault="00BC2918">
            <w:r>
              <w:t>Record during incident</w:t>
            </w:r>
          </w:p>
        </w:tc>
      </w:tr>
      <w:tr w:rsidR="00BC2918" w14:paraId="01AFE855" w14:textId="77777777">
        <w:tc>
          <w:tcPr>
            <w:tcW w:w="0" w:type="auto"/>
            <w:hideMark/>
          </w:tcPr>
          <w:p w14:paraId="754A14F2" w14:textId="77777777" w:rsidR="00BC2918" w:rsidRDefault="00BC2918">
            <w:r>
              <w:t>IT and specialist equipment tested</w:t>
            </w:r>
          </w:p>
        </w:tc>
        <w:tc>
          <w:tcPr>
            <w:tcW w:w="0" w:type="auto"/>
            <w:hideMark/>
          </w:tcPr>
          <w:p w14:paraId="36128006" w14:textId="77777777" w:rsidR="00BC2918" w:rsidRDefault="00BC2918">
            <w:r>
              <w:t>Trusted devices, records, phones and food-safety equipment checked.</w:t>
            </w:r>
          </w:p>
        </w:tc>
        <w:tc>
          <w:tcPr>
            <w:tcW w:w="0" w:type="auto"/>
            <w:hideMark/>
          </w:tcPr>
          <w:p w14:paraId="7EC6469C" w14:textId="77777777" w:rsidR="00BC2918" w:rsidRDefault="00BC2918">
            <w:r>
              <w:t>IT provider / Head Chef</w:t>
            </w:r>
          </w:p>
        </w:tc>
        <w:tc>
          <w:tcPr>
            <w:tcW w:w="0" w:type="auto"/>
            <w:hideMark/>
          </w:tcPr>
          <w:p w14:paraId="178FC61C" w14:textId="77777777" w:rsidR="00BC2918" w:rsidRDefault="00BC2918">
            <w:r>
              <w:t>Record during incident</w:t>
            </w:r>
          </w:p>
        </w:tc>
      </w:tr>
      <w:tr w:rsidR="00BC2918" w14:paraId="5A16034A" w14:textId="77777777">
        <w:tc>
          <w:tcPr>
            <w:tcW w:w="0" w:type="auto"/>
            <w:hideMark/>
          </w:tcPr>
          <w:p w14:paraId="5470B548" w14:textId="77777777" w:rsidR="00BC2918" w:rsidRDefault="00BC2918">
            <w:r>
              <w:t>Stakeholders informed</w:t>
            </w:r>
          </w:p>
        </w:tc>
        <w:tc>
          <w:tcPr>
            <w:tcW w:w="0" w:type="auto"/>
            <w:hideMark/>
          </w:tcPr>
          <w:p w14:paraId="02E7720A" w14:textId="77777777" w:rsidR="00BC2918" w:rsidRDefault="00BC2918">
            <w:r>
              <w:t>Staff, customers, commissioner, landlord and insurer receive reopening arrangements.</w:t>
            </w:r>
          </w:p>
        </w:tc>
        <w:tc>
          <w:tcPr>
            <w:tcW w:w="0" w:type="auto"/>
            <w:hideMark/>
          </w:tcPr>
          <w:p w14:paraId="040E9CD0" w14:textId="77777777" w:rsidR="00BC2918" w:rsidRDefault="00BC2918">
            <w:r>
              <w:t>Business Manager</w:t>
            </w:r>
          </w:p>
        </w:tc>
        <w:tc>
          <w:tcPr>
            <w:tcW w:w="0" w:type="auto"/>
            <w:hideMark/>
          </w:tcPr>
          <w:p w14:paraId="3FA28D5D" w14:textId="77777777" w:rsidR="00BC2918" w:rsidRDefault="00BC2918">
            <w:r>
              <w:t>Record during incident</w:t>
            </w:r>
          </w:p>
        </w:tc>
      </w:tr>
      <w:tr w:rsidR="00BC2918" w14:paraId="1679242A" w14:textId="77777777">
        <w:tc>
          <w:tcPr>
            <w:tcW w:w="0" w:type="auto"/>
            <w:hideMark/>
          </w:tcPr>
          <w:p w14:paraId="198908A0" w14:textId="77777777" w:rsidR="00BC2918" w:rsidRDefault="00BC2918">
            <w:r>
              <w:t>Restrictions and next review recorded</w:t>
            </w:r>
          </w:p>
        </w:tc>
        <w:tc>
          <w:tcPr>
            <w:tcW w:w="0" w:type="auto"/>
            <w:hideMark/>
          </w:tcPr>
          <w:p w14:paraId="391C9454" w14:textId="77777777" w:rsidR="00BC2918" w:rsidRDefault="00BC2918">
            <w:r>
              <w:t>Reduced menu if needed; review after two hours, at close of day and next morning.</w:t>
            </w:r>
          </w:p>
        </w:tc>
        <w:tc>
          <w:tcPr>
            <w:tcW w:w="0" w:type="auto"/>
            <w:hideMark/>
          </w:tcPr>
          <w:p w14:paraId="187328D2" w14:textId="77777777" w:rsidR="00BC2918" w:rsidRDefault="00BC2918">
            <w:r>
              <w:t>Incident lead</w:t>
            </w:r>
          </w:p>
        </w:tc>
        <w:tc>
          <w:tcPr>
            <w:tcW w:w="0" w:type="auto"/>
            <w:hideMark/>
          </w:tcPr>
          <w:p w14:paraId="14F1ACA6" w14:textId="77777777" w:rsidR="00BC2918" w:rsidRDefault="00BC2918">
            <w:r>
              <w:t>Record during incident</w:t>
            </w:r>
          </w:p>
        </w:tc>
      </w:tr>
    </w:tbl>
    <w:p w14:paraId="60061E4C" w14:textId="77777777" w:rsidR="00CA609D" w:rsidRDefault="00CA609D">
      <w:pPr>
        <w:spacing w:after="20"/>
      </w:pPr>
    </w:p>
    <w:p w14:paraId="7656B640" w14:textId="77777777" w:rsidR="00CA609D" w:rsidRDefault="006A721B">
      <w:pPr>
        <w:pStyle w:val="Heading1"/>
      </w:pPr>
      <w:r>
        <w:t>Emergency procedure register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6"/>
        <w:gridCol w:w="3531"/>
        <w:gridCol w:w="2289"/>
        <w:gridCol w:w="2114"/>
      </w:tblGrid>
      <w:tr w:rsidR="00AB15AF" w14:paraId="726B5BCE" w14:textId="77777777">
        <w:tc>
          <w:tcPr>
            <w:tcW w:w="0" w:type="auto"/>
            <w:shd w:val="clear" w:color="auto" w:fill="156082"/>
            <w:hideMark/>
          </w:tcPr>
          <w:p w14:paraId="63326118" w14:textId="77777777" w:rsidR="00AB15AF" w:rsidRDefault="00AB15AF">
            <w:pPr>
              <w:rPr>
                <w:kern w:val="2"/>
                <w:szCs w:val="20"/>
                <w:lang w:val="en-GB" w:eastAsia="en-GB"/>
                <w14:ligatures w14:val="standardContextual"/>
              </w:rPr>
            </w:pPr>
            <w:r>
              <w:rPr>
                <w:b/>
                <w:bCs/>
              </w:rPr>
              <w:t>Procedure</w:t>
            </w:r>
          </w:p>
        </w:tc>
        <w:tc>
          <w:tcPr>
            <w:tcW w:w="0" w:type="auto"/>
            <w:shd w:val="clear" w:color="auto" w:fill="156082"/>
            <w:hideMark/>
          </w:tcPr>
          <w:p w14:paraId="1EC3CB0F" w14:textId="77777777" w:rsidR="00AB15AF" w:rsidRDefault="00AB15AF">
            <w:r>
              <w:rPr>
                <w:b/>
                <w:bCs/>
              </w:rPr>
              <w:t>Controlled source / location</w:t>
            </w:r>
          </w:p>
        </w:tc>
        <w:tc>
          <w:tcPr>
            <w:tcW w:w="0" w:type="auto"/>
            <w:shd w:val="clear" w:color="auto" w:fill="156082"/>
            <w:hideMark/>
          </w:tcPr>
          <w:p w14:paraId="5851C328" w14:textId="77777777" w:rsidR="00AB15AF" w:rsidRDefault="00AB15AF">
            <w:r>
              <w:rPr>
                <w:b/>
                <w:bCs/>
              </w:rPr>
              <w:t>Owner</w:t>
            </w:r>
          </w:p>
        </w:tc>
        <w:tc>
          <w:tcPr>
            <w:tcW w:w="0" w:type="auto"/>
            <w:shd w:val="clear" w:color="auto" w:fill="156082"/>
            <w:hideMark/>
          </w:tcPr>
          <w:p w14:paraId="53B8C506" w14:textId="77777777" w:rsidR="00AB15AF" w:rsidRDefault="00AB15AF">
            <w:r>
              <w:rPr>
                <w:b/>
                <w:bCs/>
              </w:rPr>
              <w:t>Version / date</w:t>
            </w:r>
          </w:p>
        </w:tc>
      </w:tr>
      <w:tr w:rsidR="00AB15AF" w14:paraId="30BFA54F" w14:textId="77777777">
        <w:tc>
          <w:tcPr>
            <w:tcW w:w="0" w:type="auto"/>
            <w:hideMark/>
          </w:tcPr>
          <w:p w14:paraId="1BADEBDE" w14:textId="77777777" w:rsidR="00AB15AF" w:rsidRDefault="00AB15AF">
            <w:r>
              <w:t>Fire / evacuation</w:t>
            </w:r>
          </w:p>
        </w:tc>
        <w:tc>
          <w:tcPr>
            <w:tcW w:w="0" w:type="auto"/>
            <w:hideMark/>
          </w:tcPr>
          <w:p w14:paraId="7A3E6B34" w14:textId="77777777" w:rsidR="00AB15AF" w:rsidRDefault="00AB15AF">
            <w:r>
              <w:t>Fire folder at reception and secure cloud folder</w:t>
            </w:r>
          </w:p>
        </w:tc>
        <w:tc>
          <w:tcPr>
            <w:tcW w:w="0" w:type="auto"/>
            <w:hideMark/>
          </w:tcPr>
          <w:p w14:paraId="47A395A3" w14:textId="77777777" w:rsidR="00AB15AF" w:rsidRDefault="00AB15AF">
            <w:r>
              <w:t>Building responsible person</w:t>
            </w:r>
          </w:p>
        </w:tc>
        <w:tc>
          <w:tcPr>
            <w:tcW w:w="0" w:type="auto"/>
            <w:hideMark/>
          </w:tcPr>
          <w:p w14:paraId="69B06FD8" w14:textId="77777777" w:rsidR="00AB15AF" w:rsidRDefault="00AB15AF">
            <w:r>
              <w:t>v2.1 / 5 September 2026</w:t>
            </w:r>
          </w:p>
        </w:tc>
      </w:tr>
      <w:tr w:rsidR="00AB15AF" w14:paraId="0A4F81A0" w14:textId="77777777">
        <w:tc>
          <w:tcPr>
            <w:tcW w:w="0" w:type="auto"/>
            <w:hideMark/>
          </w:tcPr>
          <w:p w14:paraId="43359A7F" w14:textId="77777777" w:rsidR="00AB15AF" w:rsidRDefault="00AB15AF">
            <w:r>
              <w:t>Bomb threat / suspicious item</w:t>
            </w:r>
          </w:p>
        </w:tc>
        <w:tc>
          <w:tcPr>
            <w:tcW w:w="0" w:type="auto"/>
            <w:hideMark/>
          </w:tcPr>
          <w:p w14:paraId="7A74C8F5" w14:textId="77777777" w:rsidR="00AB15AF" w:rsidRDefault="00AB15AF">
            <w:r>
              <w:t>Security procedures folder and grab bag</w:t>
            </w:r>
          </w:p>
        </w:tc>
        <w:tc>
          <w:tcPr>
            <w:tcW w:w="0" w:type="auto"/>
            <w:hideMark/>
          </w:tcPr>
          <w:p w14:paraId="6D4E6280" w14:textId="77777777" w:rsidR="00AB15AF" w:rsidRDefault="00AB15AF">
            <w:r>
              <w:t>Managing Director</w:t>
            </w:r>
          </w:p>
        </w:tc>
        <w:tc>
          <w:tcPr>
            <w:tcW w:w="0" w:type="auto"/>
            <w:hideMark/>
          </w:tcPr>
          <w:p w14:paraId="7325C04F" w14:textId="77777777" w:rsidR="00AB15AF" w:rsidRDefault="00AB15AF">
            <w:r>
              <w:t>v1.2 / 1 August 2026</w:t>
            </w:r>
          </w:p>
        </w:tc>
      </w:tr>
      <w:tr w:rsidR="00AB15AF" w14:paraId="490FCAAC" w14:textId="77777777">
        <w:tc>
          <w:tcPr>
            <w:tcW w:w="0" w:type="auto"/>
            <w:hideMark/>
          </w:tcPr>
          <w:p w14:paraId="272C9265" w14:textId="77777777" w:rsidR="00AB15AF" w:rsidRDefault="00AB15AF">
            <w:r>
              <w:t>Lockdown / protective security</w:t>
            </w:r>
          </w:p>
        </w:tc>
        <w:tc>
          <w:tcPr>
            <w:tcW w:w="0" w:type="auto"/>
            <w:hideMark/>
          </w:tcPr>
          <w:p w14:paraId="73F8FA2A" w14:textId="77777777" w:rsidR="00AB15AF" w:rsidRDefault="00AB15AF">
            <w:r>
              <w:t>Controlled security folder</w:t>
            </w:r>
          </w:p>
        </w:tc>
        <w:tc>
          <w:tcPr>
            <w:tcW w:w="0" w:type="auto"/>
            <w:hideMark/>
          </w:tcPr>
          <w:p w14:paraId="31A2166B" w14:textId="77777777" w:rsidR="00AB15AF" w:rsidRDefault="00AB15AF">
            <w:r>
              <w:t>Business Manager</w:t>
            </w:r>
          </w:p>
        </w:tc>
        <w:tc>
          <w:tcPr>
            <w:tcW w:w="0" w:type="auto"/>
            <w:hideMark/>
          </w:tcPr>
          <w:p w14:paraId="3242D5C6" w14:textId="77777777" w:rsidR="00AB15AF" w:rsidRDefault="00AB15AF">
            <w:r>
              <w:t>v1.0 / 1 August 2026</w:t>
            </w:r>
          </w:p>
        </w:tc>
      </w:tr>
      <w:tr w:rsidR="00AB15AF" w14:paraId="5C36F71E" w14:textId="77777777">
        <w:tc>
          <w:tcPr>
            <w:tcW w:w="0" w:type="auto"/>
            <w:hideMark/>
          </w:tcPr>
          <w:p w14:paraId="7DDEF5BB" w14:textId="77777777" w:rsidR="00AB15AF" w:rsidRDefault="00AB15AF">
            <w:r>
              <w:t>Utility failure</w:t>
            </w:r>
          </w:p>
        </w:tc>
        <w:tc>
          <w:tcPr>
            <w:tcW w:w="0" w:type="auto"/>
            <w:hideMark/>
          </w:tcPr>
          <w:p w14:paraId="6D86118C" w14:textId="77777777" w:rsidR="00AB15AF" w:rsidRDefault="00AB15AF">
            <w:r>
              <w:t>Facilities procedures in building file</w:t>
            </w:r>
          </w:p>
        </w:tc>
        <w:tc>
          <w:tcPr>
            <w:tcW w:w="0" w:type="auto"/>
            <w:hideMark/>
          </w:tcPr>
          <w:p w14:paraId="4B5C298F" w14:textId="77777777" w:rsidR="00AB15AF" w:rsidRDefault="00AB15AF">
            <w:r>
              <w:t>Facilities contractor</w:t>
            </w:r>
          </w:p>
        </w:tc>
        <w:tc>
          <w:tcPr>
            <w:tcW w:w="0" w:type="auto"/>
            <w:hideMark/>
          </w:tcPr>
          <w:p w14:paraId="29B33CF9" w14:textId="77777777" w:rsidR="00AB15AF" w:rsidRDefault="00AB15AF">
            <w:r>
              <w:t>v1.3 / 2 September 2026</w:t>
            </w:r>
          </w:p>
        </w:tc>
      </w:tr>
      <w:tr w:rsidR="00AB15AF" w14:paraId="692AA955" w14:textId="77777777">
        <w:tc>
          <w:tcPr>
            <w:tcW w:w="0" w:type="auto"/>
            <w:hideMark/>
          </w:tcPr>
          <w:p w14:paraId="43B331DC" w14:textId="77777777" w:rsidR="00AB15AF" w:rsidRDefault="00AB15AF">
            <w:r>
              <w:lastRenderedPageBreak/>
              <w:t>Flood / water ingress</w:t>
            </w:r>
          </w:p>
        </w:tc>
        <w:tc>
          <w:tcPr>
            <w:tcW w:w="0" w:type="auto"/>
            <w:hideMark/>
          </w:tcPr>
          <w:p w14:paraId="4C8C9758" w14:textId="77777777" w:rsidR="00AB15AF" w:rsidRDefault="00AB15AF">
            <w:r>
              <w:t>Building file and grab-bag action card</w:t>
            </w:r>
          </w:p>
        </w:tc>
        <w:tc>
          <w:tcPr>
            <w:tcW w:w="0" w:type="auto"/>
            <w:hideMark/>
          </w:tcPr>
          <w:p w14:paraId="4896DD51" w14:textId="77777777" w:rsidR="00AB15AF" w:rsidRDefault="00AB15AF">
            <w:r>
              <w:t>Business Manager</w:t>
            </w:r>
          </w:p>
        </w:tc>
        <w:tc>
          <w:tcPr>
            <w:tcW w:w="0" w:type="auto"/>
            <w:hideMark/>
          </w:tcPr>
          <w:p w14:paraId="5EB537CD" w14:textId="77777777" w:rsidR="00AB15AF" w:rsidRDefault="00AB15AF">
            <w:r>
              <w:t>v1.1 / 2 September 2026</w:t>
            </w:r>
          </w:p>
        </w:tc>
      </w:tr>
      <w:tr w:rsidR="00AB15AF" w14:paraId="1B5306D2" w14:textId="77777777">
        <w:tc>
          <w:tcPr>
            <w:tcW w:w="0" w:type="auto"/>
            <w:hideMark/>
          </w:tcPr>
          <w:p w14:paraId="24AF175E" w14:textId="77777777" w:rsidR="00AB15AF" w:rsidRDefault="00AB15AF">
            <w:r>
              <w:t>Cyber incident</w:t>
            </w:r>
          </w:p>
        </w:tc>
        <w:tc>
          <w:tcPr>
            <w:tcW w:w="0" w:type="auto"/>
            <w:hideMark/>
          </w:tcPr>
          <w:p w14:paraId="6C2043CB" w14:textId="77777777" w:rsidR="00AB15AF" w:rsidRDefault="00AB15AF">
            <w:r>
              <w:t>IT provider portal and sealed offline copy</w:t>
            </w:r>
          </w:p>
        </w:tc>
        <w:tc>
          <w:tcPr>
            <w:tcW w:w="0" w:type="auto"/>
            <w:hideMark/>
          </w:tcPr>
          <w:p w14:paraId="2CD5AA00" w14:textId="77777777" w:rsidR="00AB15AF" w:rsidRDefault="00AB15AF">
            <w:r>
              <w:t>Managed IT Support</w:t>
            </w:r>
          </w:p>
        </w:tc>
        <w:tc>
          <w:tcPr>
            <w:tcW w:w="0" w:type="auto"/>
            <w:hideMark/>
          </w:tcPr>
          <w:p w14:paraId="1BE7812B" w14:textId="77777777" w:rsidR="00AB15AF" w:rsidRDefault="00AB15AF">
            <w:r>
              <w:t>v2.0 / 10 September 2026</w:t>
            </w:r>
          </w:p>
        </w:tc>
      </w:tr>
      <w:tr w:rsidR="00AB15AF" w14:paraId="35E7B968" w14:textId="77777777">
        <w:tc>
          <w:tcPr>
            <w:tcW w:w="0" w:type="auto"/>
            <w:hideMark/>
          </w:tcPr>
          <w:p w14:paraId="5B39629B" w14:textId="77777777" w:rsidR="00AB15AF" w:rsidRDefault="00AB15AF">
            <w:r>
              <w:t>Building reoccupation</w:t>
            </w:r>
          </w:p>
        </w:tc>
        <w:tc>
          <w:tcPr>
            <w:tcW w:w="0" w:type="auto"/>
            <w:hideMark/>
          </w:tcPr>
          <w:p w14:paraId="4388B69D" w14:textId="77777777" w:rsidR="00AB15AF" w:rsidRDefault="00AB15AF">
            <w:r>
              <w:t>Controlled building file and this plan</w:t>
            </w:r>
          </w:p>
        </w:tc>
        <w:tc>
          <w:tcPr>
            <w:tcW w:w="0" w:type="auto"/>
            <w:hideMark/>
          </w:tcPr>
          <w:p w14:paraId="6ED28ADC" w14:textId="77777777" w:rsidR="00AB15AF" w:rsidRDefault="00AB15AF">
            <w:r>
              <w:t>Building responsible person</w:t>
            </w:r>
          </w:p>
        </w:tc>
        <w:tc>
          <w:tcPr>
            <w:tcW w:w="0" w:type="auto"/>
            <w:hideMark/>
          </w:tcPr>
          <w:p w14:paraId="1E26145B" w14:textId="77777777" w:rsidR="00AB15AF" w:rsidRDefault="00AB15AF">
            <w:r>
              <w:t>v1.0 / 14 September 2026</w:t>
            </w:r>
          </w:p>
        </w:tc>
      </w:tr>
    </w:tbl>
    <w:p w14:paraId="44EAFD9C" w14:textId="77777777" w:rsidR="00CA609D" w:rsidRDefault="00CA609D">
      <w:pPr>
        <w:spacing w:after="20"/>
      </w:pPr>
    </w:p>
    <w:p w14:paraId="120D7C46" w14:textId="77777777" w:rsidR="00CA609D" w:rsidRDefault="006A721B">
      <w:pPr>
        <w:pStyle w:val="Heading1"/>
      </w:pPr>
      <w:r>
        <w:t>Incident log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3259"/>
        <w:gridCol w:w="3472"/>
        <w:gridCol w:w="1302"/>
        <w:gridCol w:w="1273"/>
      </w:tblGrid>
      <w:tr w:rsidR="00C8642F" w14:paraId="25066814" w14:textId="77777777">
        <w:tc>
          <w:tcPr>
            <w:tcW w:w="0" w:type="auto"/>
            <w:shd w:val="clear" w:color="auto" w:fill="156082"/>
            <w:hideMark/>
          </w:tcPr>
          <w:p w14:paraId="28DF824E" w14:textId="77777777" w:rsidR="00C8642F" w:rsidRDefault="00C8642F">
            <w:pPr>
              <w:rPr>
                <w:kern w:val="2"/>
                <w:szCs w:val="20"/>
                <w:lang w:val="en-GB" w:eastAsia="en-GB"/>
                <w14:ligatures w14:val="standardContextual"/>
              </w:rPr>
            </w:pPr>
            <w:r>
              <w:rPr>
                <w:b/>
                <w:bCs/>
              </w:rPr>
              <w:t>Date / time</w:t>
            </w:r>
          </w:p>
        </w:tc>
        <w:tc>
          <w:tcPr>
            <w:tcW w:w="0" w:type="auto"/>
            <w:shd w:val="clear" w:color="auto" w:fill="156082"/>
            <w:hideMark/>
          </w:tcPr>
          <w:p w14:paraId="2196A335" w14:textId="77777777" w:rsidR="00C8642F" w:rsidRDefault="00C8642F">
            <w:r>
              <w:rPr>
                <w:b/>
                <w:bCs/>
              </w:rPr>
              <w:t>Information / source</w:t>
            </w:r>
          </w:p>
        </w:tc>
        <w:tc>
          <w:tcPr>
            <w:tcW w:w="0" w:type="auto"/>
            <w:shd w:val="clear" w:color="auto" w:fill="156082"/>
            <w:hideMark/>
          </w:tcPr>
          <w:p w14:paraId="2AFFFCED" w14:textId="77777777" w:rsidR="00C8642F" w:rsidRDefault="00C8642F">
            <w:r>
              <w:rPr>
                <w:b/>
                <w:bCs/>
              </w:rPr>
              <w:t>Action / decision</w:t>
            </w:r>
          </w:p>
        </w:tc>
        <w:tc>
          <w:tcPr>
            <w:tcW w:w="0" w:type="auto"/>
            <w:shd w:val="clear" w:color="auto" w:fill="156082"/>
            <w:hideMark/>
          </w:tcPr>
          <w:p w14:paraId="3996CD51" w14:textId="77777777" w:rsidR="00C8642F" w:rsidRDefault="00C8642F">
            <w:r>
              <w:rPr>
                <w:b/>
                <w:bCs/>
              </w:rPr>
              <w:t>Owner</w:t>
            </w:r>
          </w:p>
        </w:tc>
        <w:tc>
          <w:tcPr>
            <w:tcW w:w="0" w:type="auto"/>
            <w:shd w:val="clear" w:color="auto" w:fill="156082"/>
            <w:hideMark/>
          </w:tcPr>
          <w:p w14:paraId="694F5F42" w14:textId="77777777" w:rsidR="00C8642F" w:rsidRDefault="00C8642F">
            <w:r>
              <w:rPr>
                <w:b/>
                <w:bCs/>
              </w:rPr>
              <w:t>Status</w:t>
            </w:r>
          </w:p>
        </w:tc>
      </w:tr>
      <w:tr w:rsidR="00C8642F" w14:paraId="43987A06" w14:textId="77777777">
        <w:tc>
          <w:tcPr>
            <w:tcW w:w="0" w:type="auto"/>
            <w:hideMark/>
          </w:tcPr>
          <w:p w14:paraId="01D39FD6" w14:textId="77777777" w:rsidR="00C8642F" w:rsidRDefault="00C8642F">
            <w:r>
              <w:t>14 Sep 2026, 07:10</w:t>
            </w:r>
          </w:p>
        </w:tc>
        <w:tc>
          <w:tcPr>
            <w:tcW w:w="0" w:type="auto"/>
            <w:hideMark/>
          </w:tcPr>
          <w:p w14:paraId="2EA77CAE" w14:textId="77777777" w:rsidR="00C8642F" w:rsidRDefault="00C8642F">
            <w:r>
              <w:t>Duty manager reports no power; landlord estimates at least six hours.</w:t>
            </w:r>
          </w:p>
        </w:tc>
        <w:tc>
          <w:tcPr>
            <w:tcW w:w="0" w:type="auto"/>
            <w:hideMark/>
          </w:tcPr>
          <w:p w14:paraId="6A66F1EF" w14:textId="77777777" w:rsidR="00C8642F" w:rsidRDefault="00C8642F">
            <w:r>
              <w:t>Evacuate non-essential staff, protect chilled stock and activate plan.</w:t>
            </w:r>
          </w:p>
        </w:tc>
        <w:tc>
          <w:tcPr>
            <w:tcW w:w="0" w:type="auto"/>
            <w:hideMark/>
          </w:tcPr>
          <w:p w14:paraId="0A5C3CB0" w14:textId="77777777" w:rsidR="00C8642F" w:rsidRDefault="00C8642F">
            <w:r>
              <w:t>Alex Morgan</w:t>
            </w:r>
          </w:p>
        </w:tc>
        <w:tc>
          <w:tcPr>
            <w:tcW w:w="0" w:type="auto"/>
            <w:hideMark/>
          </w:tcPr>
          <w:p w14:paraId="0F90DDC5" w14:textId="77777777" w:rsidR="00C8642F" w:rsidRDefault="00C8642F">
            <w:r>
              <w:t>Complete 07:20</w:t>
            </w:r>
          </w:p>
        </w:tc>
      </w:tr>
      <w:tr w:rsidR="00C8642F" w14:paraId="116B5ACC" w14:textId="77777777">
        <w:tc>
          <w:tcPr>
            <w:tcW w:w="0" w:type="auto"/>
            <w:hideMark/>
          </w:tcPr>
          <w:p w14:paraId="4B8E1F81" w14:textId="77777777" w:rsidR="00C8642F" w:rsidRDefault="00C8642F">
            <w:r>
              <w:t>14 Sep 2026, 07:25</w:t>
            </w:r>
          </w:p>
        </w:tc>
        <w:tc>
          <w:tcPr>
            <w:tcW w:w="0" w:type="auto"/>
            <w:hideMark/>
          </w:tcPr>
          <w:p w14:paraId="265B8436" w14:textId="77777777" w:rsidR="00C8642F" w:rsidRDefault="00C8642F">
            <w:r>
              <w:t>Community-</w:t>
            </w:r>
            <w:proofErr w:type="spellStart"/>
            <w:r>
              <w:t>centre</w:t>
            </w:r>
            <w:proofErr w:type="spellEnd"/>
            <w:r>
              <w:t xml:space="preserve"> kitchen </w:t>
            </w:r>
            <w:proofErr w:type="gramStart"/>
            <w:r>
              <w:t>available</w:t>
            </w:r>
            <w:proofErr w:type="gramEnd"/>
            <w:r>
              <w:t xml:space="preserve"> from 08:00.</w:t>
            </w:r>
          </w:p>
        </w:tc>
        <w:tc>
          <w:tcPr>
            <w:tcW w:w="0" w:type="auto"/>
            <w:hideMark/>
          </w:tcPr>
          <w:p w14:paraId="1FEBD81F" w14:textId="77777777" w:rsidR="00C8642F" w:rsidRDefault="00C8642F">
            <w:r>
              <w:t>Relocate lunch preparation; complete pre-use safety check.</w:t>
            </w:r>
          </w:p>
        </w:tc>
        <w:tc>
          <w:tcPr>
            <w:tcW w:w="0" w:type="auto"/>
            <w:hideMark/>
          </w:tcPr>
          <w:p w14:paraId="35CEE232" w14:textId="77777777" w:rsidR="00C8642F" w:rsidRDefault="00C8642F">
            <w:r>
              <w:t>Jamie Reed</w:t>
            </w:r>
          </w:p>
        </w:tc>
        <w:tc>
          <w:tcPr>
            <w:tcW w:w="0" w:type="auto"/>
            <w:hideMark/>
          </w:tcPr>
          <w:p w14:paraId="5CC87633" w14:textId="77777777" w:rsidR="00C8642F" w:rsidRDefault="00C8642F">
            <w:r>
              <w:t>In progress</w:t>
            </w:r>
          </w:p>
        </w:tc>
      </w:tr>
      <w:tr w:rsidR="00C8642F" w14:paraId="54C41412" w14:textId="77777777">
        <w:tc>
          <w:tcPr>
            <w:tcW w:w="0" w:type="auto"/>
            <w:hideMark/>
          </w:tcPr>
          <w:p w14:paraId="5E86F689" w14:textId="77777777" w:rsidR="00C8642F" w:rsidRDefault="00C8642F">
            <w:r>
              <w:t>14 Sep 2026, 07:40</w:t>
            </w:r>
          </w:p>
        </w:tc>
        <w:tc>
          <w:tcPr>
            <w:tcW w:w="0" w:type="auto"/>
            <w:hideMark/>
          </w:tcPr>
          <w:p w14:paraId="7AACC8F9" w14:textId="77777777" w:rsidR="00C8642F" w:rsidRDefault="00C8642F">
            <w:r>
              <w:t>Offline delivery and dietary list verified as current.</w:t>
            </w:r>
          </w:p>
        </w:tc>
        <w:tc>
          <w:tcPr>
            <w:tcW w:w="0" w:type="auto"/>
            <w:hideMark/>
          </w:tcPr>
          <w:p w14:paraId="51A6E52D" w14:textId="77777777" w:rsidR="00C8642F" w:rsidRDefault="00C8642F">
            <w:r>
              <w:t>Use offline list; call customers if delivery is delayed.</w:t>
            </w:r>
          </w:p>
        </w:tc>
        <w:tc>
          <w:tcPr>
            <w:tcW w:w="0" w:type="auto"/>
            <w:hideMark/>
          </w:tcPr>
          <w:p w14:paraId="0AB2DEC5" w14:textId="77777777" w:rsidR="00C8642F" w:rsidRDefault="00C8642F">
            <w:r>
              <w:t>Shift Supervisor</w:t>
            </w:r>
          </w:p>
        </w:tc>
        <w:tc>
          <w:tcPr>
            <w:tcW w:w="0" w:type="auto"/>
            <w:hideMark/>
          </w:tcPr>
          <w:p w14:paraId="0B18E2DE" w14:textId="77777777" w:rsidR="00C8642F" w:rsidRDefault="00C8642F">
            <w:r>
              <w:t>Complete 07:50</w:t>
            </w:r>
          </w:p>
        </w:tc>
      </w:tr>
      <w:tr w:rsidR="00C8642F" w14:paraId="02CCE46C" w14:textId="77777777">
        <w:tc>
          <w:tcPr>
            <w:tcW w:w="0" w:type="auto"/>
            <w:hideMark/>
          </w:tcPr>
          <w:p w14:paraId="0142E3F0" w14:textId="77777777" w:rsidR="00C8642F" w:rsidRDefault="00C8642F">
            <w:r>
              <w:t>14 Sep 2026, 08:05</w:t>
            </w:r>
          </w:p>
        </w:tc>
        <w:tc>
          <w:tcPr>
            <w:tcW w:w="0" w:type="auto"/>
            <w:hideMark/>
          </w:tcPr>
          <w:p w14:paraId="7E2F2927" w14:textId="77777777" w:rsidR="00C8642F" w:rsidRDefault="00C8642F">
            <w:r>
              <w:t>One normal driver unavailable.</w:t>
            </w:r>
          </w:p>
        </w:tc>
        <w:tc>
          <w:tcPr>
            <w:tcW w:w="0" w:type="auto"/>
            <w:hideMark/>
          </w:tcPr>
          <w:p w14:paraId="724ABB7F" w14:textId="77777777" w:rsidR="00C8642F" w:rsidRDefault="00C8642F">
            <w:r>
              <w:t>Approve insured staff vehicle and split delivery route.</w:t>
            </w:r>
          </w:p>
        </w:tc>
        <w:tc>
          <w:tcPr>
            <w:tcW w:w="0" w:type="auto"/>
            <w:hideMark/>
          </w:tcPr>
          <w:p w14:paraId="3807E5F5" w14:textId="77777777" w:rsidR="00C8642F" w:rsidRDefault="00C8642F">
            <w:r>
              <w:t>Alex Morgan</w:t>
            </w:r>
          </w:p>
        </w:tc>
        <w:tc>
          <w:tcPr>
            <w:tcW w:w="0" w:type="auto"/>
            <w:hideMark/>
          </w:tcPr>
          <w:p w14:paraId="220DB45C" w14:textId="77777777" w:rsidR="00C8642F" w:rsidRDefault="00C8642F">
            <w:r>
              <w:t>Complete 08:20</w:t>
            </w:r>
          </w:p>
        </w:tc>
      </w:tr>
      <w:tr w:rsidR="00C8642F" w14:paraId="1B9D627C" w14:textId="77777777">
        <w:tc>
          <w:tcPr>
            <w:tcW w:w="0" w:type="auto"/>
            <w:hideMark/>
          </w:tcPr>
          <w:p w14:paraId="0963C327" w14:textId="77777777" w:rsidR="00C8642F" w:rsidRDefault="00C8642F">
            <w:r>
              <w:t>14 Sep 2026, 09:00</w:t>
            </w:r>
          </w:p>
        </w:tc>
        <w:tc>
          <w:tcPr>
            <w:tcW w:w="0" w:type="auto"/>
            <w:hideMark/>
          </w:tcPr>
          <w:p w14:paraId="53426053" w14:textId="77777777" w:rsidR="00C8642F" w:rsidRDefault="00C8642F">
            <w:r>
              <w:t>Commissioner informed; minimum service achievable.</w:t>
            </w:r>
          </w:p>
        </w:tc>
        <w:tc>
          <w:tcPr>
            <w:tcW w:w="0" w:type="auto"/>
            <w:hideMark/>
          </w:tcPr>
          <w:p w14:paraId="3476209E" w14:textId="77777777" w:rsidR="00C8642F" w:rsidRDefault="00C8642F">
            <w:r>
              <w:t>Continue workaround and update again at 12:00.</w:t>
            </w:r>
          </w:p>
        </w:tc>
        <w:tc>
          <w:tcPr>
            <w:tcW w:w="0" w:type="auto"/>
            <w:hideMark/>
          </w:tcPr>
          <w:p w14:paraId="32CE1B1A" w14:textId="77777777" w:rsidR="00C8642F" w:rsidRDefault="00C8642F">
            <w:r>
              <w:t>Alex Morgan</w:t>
            </w:r>
          </w:p>
        </w:tc>
        <w:tc>
          <w:tcPr>
            <w:tcW w:w="0" w:type="auto"/>
            <w:hideMark/>
          </w:tcPr>
          <w:p w14:paraId="27F275C9" w14:textId="77777777" w:rsidR="00C8642F" w:rsidRDefault="00C8642F">
            <w:r>
              <w:t>Open</w:t>
            </w:r>
          </w:p>
        </w:tc>
      </w:tr>
      <w:tr w:rsidR="00C8642F" w14:paraId="7284CEBD" w14:textId="77777777">
        <w:tc>
          <w:tcPr>
            <w:tcW w:w="0" w:type="auto"/>
            <w:hideMark/>
          </w:tcPr>
          <w:p w14:paraId="7FD7E6F1" w14:textId="77777777" w:rsidR="00C8642F" w:rsidRDefault="00C8642F">
            <w:r>
              <w:t>14 Sep 2026, 12:05</w:t>
            </w:r>
          </w:p>
        </w:tc>
        <w:tc>
          <w:tcPr>
            <w:tcW w:w="0" w:type="auto"/>
            <w:hideMark/>
          </w:tcPr>
          <w:p w14:paraId="18C398B9" w14:textId="77777777" w:rsidR="00C8642F" w:rsidRDefault="00C8642F">
            <w:r>
              <w:t>All meals dispatched; deliveries up to 45 minutes late.</w:t>
            </w:r>
          </w:p>
        </w:tc>
        <w:tc>
          <w:tcPr>
            <w:tcW w:w="0" w:type="auto"/>
            <w:hideMark/>
          </w:tcPr>
          <w:p w14:paraId="22C6BDB6" w14:textId="77777777" w:rsidR="00C8642F" w:rsidRDefault="00C8642F">
            <w:r>
              <w:t>Notify affected customers and continue temperature checks.</w:t>
            </w:r>
          </w:p>
        </w:tc>
        <w:tc>
          <w:tcPr>
            <w:tcW w:w="0" w:type="auto"/>
            <w:hideMark/>
          </w:tcPr>
          <w:p w14:paraId="3D68B40D" w14:textId="77777777" w:rsidR="00C8642F" w:rsidRDefault="00C8642F">
            <w:r>
              <w:t>Shift Supervisor</w:t>
            </w:r>
          </w:p>
        </w:tc>
        <w:tc>
          <w:tcPr>
            <w:tcW w:w="0" w:type="auto"/>
            <w:hideMark/>
          </w:tcPr>
          <w:p w14:paraId="74D034C1" w14:textId="77777777" w:rsidR="00C8642F" w:rsidRDefault="00C8642F">
            <w:r>
              <w:t>Complete 12:20</w:t>
            </w:r>
          </w:p>
        </w:tc>
      </w:tr>
      <w:tr w:rsidR="00C8642F" w14:paraId="0C2DDA0B" w14:textId="77777777">
        <w:tc>
          <w:tcPr>
            <w:tcW w:w="0" w:type="auto"/>
            <w:hideMark/>
          </w:tcPr>
          <w:p w14:paraId="6BFC27F6" w14:textId="77777777" w:rsidR="00C8642F" w:rsidRDefault="00C8642F">
            <w:r>
              <w:t>14 Sep 2026, 15:45</w:t>
            </w:r>
          </w:p>
        </w:tc>
        <w:tc>
          <w:tcPr>
            <w:tcW w:w="0" w:type="auto"/>
            <w:hideMark/>
          </w:tcPr>
          <w:p w14:paraId="4395F995" w14:textId="77777777" w:rsidR="00C8642F" w:rsidRDefault="00C8642F">
            <w:r>
              <w:t>Power restored and landlord confirms supply stable.</w:t>
            </w:r>
          </w:p>
        </w:tc>
        <w:tc>
          <w:tcPr>
            <w:tcW w:w="0" w:type="auto"/>
            <w:hideMark/>
          </w:tcPr>
          <w:p w14:paraId="6B94B4A6" w14:textId="77777777" w:rsidR="00C8642F" w:rsidRDefault="00C8642F">
            <w:r>
              <w:t>Complete reoccupation checks before reopening next day.</w:t>
            </w:r>
          </w:p>
        </w:tc>
        <w:tc>
          <w:tcPr>
            <w:tcW w:w="0" w:type="auto"/>
            <w:hideMark/>
          </w:tcPr>
          <w:p w14:paraId="42E3373F" w14:textId="77777777" w:rsidR="00C8642F" w:rsidRDefault="00C8642F">
            <w:r>
              <w:t>Alex Morgan</w:t>
            </w:r>
          </w:p>
        </w:tc>
        <w:tc>
          <w:tcPr>
            <w:tcW w:w="0" w:type="auto"/>
            <w:hideMark/>
          </w:tcPr>
          <w:p w14:paraId="21CB37F1" w14:textId="77777777" w:rsidR="00C8642F" w:rsidRDefault="00C8642F">
            <w:r>
              <w:t>In progress</w:t>
            </w:r>
          </w:p>
        </w:tc>
      </w:tr>
      <w:tr w:rsidR="00C8642F" w14:paraId="0DDD01D2" w14:textId="77777777">
        <w:tc>
          <w:tcPr>
            <w:tcW w:w="0" w:type="auto"/>
            <w:hideMark/>
          </w:tcPr>
          <w:p w14:paraId="56128208" w14:textId="77777777" w:rsidR="00C8642F" w:rsidRDefault="00C8642F">
            <w:r>
              <w:t>14 Sep 2026, 16:30</w:t>
            </w:r>
          </w:p>
        </w:tc>
        <w:tc>
          <w:tcPr>
            <w:tcW w:w="0" w:type="auto"/>
            <w:hideMark/>
          </w:tcPr>
          <w:p w14:paraId="1F1342ED" w14:textId="77777777" w:rsidR="00C8642F" w:rsidRDefault="00C8642F">
            <w:r>
              <w:t>Safety, utilities, refrigeration and alarm checks passed.</w:t>
            </w:r>
          </w:p>
        </w:tc>
        <w:tc>
          <w:tcPr>
            <w:tcW w:w="0" w:type="auto"/>
            <w:hideMark/>
          </w:tcPr>
          <w:p w14:paraId="40FB45A8" w14:textId="77777777" w:rsidR="00C8642F" w:rsidRDefault="00C8642F">
            <w:r>
              <w:t>Stand down; retain delivery vehicle standby and hold debrief on 17 September.</w:t>
            </w:r>
          </w:p>
        </w:tc>
        <w:tc>
          <w:tcPr>
            <w:tcW w:w="0" w:type="auto"/>
            <w:hideMark/>
          </w:tcPr>
          <w:p w14:paraId="02AC036B" w14:textId="77777777" w:rsidR="00C8642F" w:rsidRDefault="00C8642F">
            <w:r>
              <w:t>Alex Morgan</w:t>
            </w:r>
          </w:p>
        </w:tc>
        <w:tc>
          <w:tcPr>
            <w:tcW w:w="0" w:type="auto"/>
            <w:hideMark/>
          </w:tcPr>
          <w:p w14:paraId="1C0BDAFE" w14:textId="77777777" w:rsidR="00C8642F" w:rsidRDefault="00C8642F">
            <w:r>
              <w:t>Closed</w:t>
            </w:r>
          </w:p>
        </w:tc>
      </w:tr>
    </w:tbl>
    <w:p w14:paraId="4B94D5A5" w14:textId="77777777" w:rsidR="00CA609D" w:rsidRDefault="00CA609D">
      <w:pPr>
        <w:spacing w:after="20"/>
      </w:pPr>
    </w:p>
    <w:sectPr w:rsidR="00CA609D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42EC8" w14:textId="77777777" w:rsidR="006A721B" w:rsidRDefault="006A721B">
      <w:pPr>
        <w:spacing w:after="0" w:line="240" w:lineRule="auto"/>
      </w:pPr>
      <w:r>
        <w:separator/>
      </w:r>
    </w:p>
  </w:endnote>
  <w:endnote w:type="continuationSeparator" w:id="0">
    <w:p w14:paraId="5BD6504B" w14:textId="77777777" w:rsidR="006A721B" w:rsidRDefault="006A72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6B64F" w14:textId="77777777" w:rsidR="00FA4128" w:rsidRDefault="00FA412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576BF" w14:textId="6AE4EEFB" w:rsidR="00CA609D" w:rsidRDefault="006A721B">
    <w:pPr>
      <w:pStyle w:val="Footer"/>
      <w:jc w:val="center"/>
    </w:pPr>
    <w:r>
      <w:rPr>
        <w:color w:val="666666"/>
        <w:sz w:val="16"/>
      </w:rPr>
      <w:t xml:space="preserve">Practical resilience template | Review and adapt locally | </w:t>
    </w:r>
    <w:r>
      <w:fldChar w:fldCharType="begin"/>
    </w:r>
    <w:r>
      <w:instrText>PAGE</w:instrText>
    </w:r>
    <w:r>
      <w:fldChar w:fldCharType="separate"/>
    </w:r>
    <w:r w:rsidR="00FA4128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0FD83" w14:textId="77777777" w:rsidR="00FA4128" w:rsidRDefault="00FA41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C63DB" w14:textId="77777777" w:rsidR="006A721B" w:rsidRDefault="006A721B">
      <w:pPr>
        <w:spacing w:after="0" w:line="240" w:lineRule="auto"/>
      </w:pPr>
      <w:r>
        <w:separator/>
      </w:r>
    </w:p>
  </w:footnote>
  <w:footnote w:type="continuationSeparator" w:id="0">
    <w:p w14:paraId="18470E98" w14:textId="77777777" w:rsidR="006A721B" w:rsidRDefault="006A72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40E61" w14:textId="77777777" w:rsidR="00FA4128" w:rsidRDefault="00FA412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5AAA8" w14:textId="5CB5110F" w:rsidR="4D29D007" w:rsidRDefault="4D29D007" w:rsidP="4D29D007">
    <w:pPr>
      <w:pStyle w:val="Header"/>
      <w:jc w:val="right"/>
    </w:pPr>
    <w:r w:rsidRPr="4D29D007">
      <w:rPr>
        <w:rFonts w:eastAsia="Aptos" w:cs="Aptos"/>
        <w:color w:val="156082"/>
        <w:sz w:val="16"/>
        <w:szCs w:val="16"/>
      </w:rPr>
      <w:t>SME Business Continuity Toolkit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E0D29" w14:textId="77777777" w:rsidR="00FA4128" w:rsidRDefault="00FA41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90024255">
    <w:abstractNumId w:val="8"/>
  </w:num>
  <w:num w:numId="2" w16cid:durableId="59519336">
    <w:abstractNumId w:val="6"/>
  </w:num>
  <w:num w:numId="3" w16cid:durableId="2118136092">
    <w:abstractNumId w:val="5"/>
  </w:num>
  <w:num w:numId="4" w16cid:durableId="1365717679">
    <w:abstractNumId w:val="4"/>
  </w:num>
  <w:num w:numId="5" w16cid:durableId="603345660">
    <w:abstractNumId w:val="7"/>
  </w:num>
  <w:num w:numId="6" w16cid:durableId="197359557">
    <w:abstractNumId w:val="3"/>
  </w:num>
  <w:num w:numId="7" w16cid:durableId="684595398">
    <w:abstractNumId w:val="2"/>
  </w:num>
  <w:num w:numId="8" w16cid:durableId="1750423512">
    <w:abstractNumId w:val="1"/>
  </w:num>
  <w:num w:numId="9" w16cid:durableId="1963337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2C15"/>
    <w:rsid w:val="0015074B"/>
    <w:rsid w:val="0029639D"/>
    <w:rsid w:val="002A1D60"/>
    <w:rsid w:val="00326F90"/>
    <w:rsid w:val="00327C9F"/>
    <w:rsid w:val="00467F12"/>
    <w:rsid w:val="004C492C"/>
    <w:rsid w:val="00617961"/>
    <w:rsid w:val="006A721B"/>
    <w:rsid w:val="00847250"/>
    <w:rsid w:val="008E1FC4"/>
    <w:rsid w:val="00AA1D8D"/>
    <w:rsid w:val="00AB15AF"/>
    <w:rsid w:val="00B47730"/>
    <w:rsid w:val="00BC2918"/>
    <w:rsid w:val="00C8642F"/>
    <w:rsid w:val="00CA609D"/>
    <w:rsid w:val="00CB0664"/>
    <w:rsid w:val="00CC62C1"/>
    <w:rsid w:val="00D2272B"/>
    <w:rsid w:val="00F63F87"/>
    <w:rsid w:val="00FA4128"/>
    <w:rsid w:val="00FC693F"/>
    <w:rsid w:val="4D29D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25E5B9B1-EF0D-4D34-B39C-B0D13046D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1F1F1F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156082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56082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before="200" w:line="240" w:lineRule="auto"/>
      <w:contextualSpacing/>
    </w:pPr>
    <w:rPr>
      <w:rFonts w:asciiTheme="majorHAnsi" w:eastAsiaTheme="majorEastAsia" w:hAnsiTheme="majorHAnsi" w:cstheme="majorBidi"/>
      <w:b/>
      <w:color w:val="156082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rPr>
      <w:rFonts w:ascii="Aptos" w:hAnsi="Aptos"/>
      <w:color w:val="666666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2043</Words>
  <Characters>11649</Characters>
  <Application>Microsoft Office Word</Application>
  <DocSecurity>4</DocSecurity>
  <Lines>97</Lines>
  <Paragraphs>27</Paragraphs>
  <ScaleCrop>false</ScaleCrop>
  <Manager/>
  <Company/>
  <LinksUpToDate>false</LinksUpToDate>
  <CharactersWithSpaces>13665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 Muncaster (JEPU)</dc:creator>
  <cp:keywords/>
  <dc:description>generated by python-docx</dc:description>
  <cp:lastModifiedBy>Gill Muncaster (JEPU)</cp:lastModifiedBy>
  <cp:revision>2</cp:revision>
  <dcterms:created xsi:type="dcterms:W3CDTF">2026-09-14T15:35:00Z</dcterms:created>
  <dcterms:modified xsi:type="dcterms:W3CDTF">2026-09-14T15:35:00Z</dcterms:modified>
  <cp:category/>
</cp:coreProperties>
</file>